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F215F" w14:textId="77777777" w:rsidR="009D77F9" w:rsidRPr="001D5D4A" w:rsidRDefault="009D77F9" w:rsidP="00895154">
      <w:pPr>
        <w:spacing w:after="12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71500350" w14:textId="77777777" w:rsidR="008107A7" w:rsidRPr="00754B9E" w:rsidRDefault="004324A1" w:rsidP="0089515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895154">
        <w:rPr>
          <w:rFonts w:ascii="Times New Roman" w:hAnsi="Times New Roman" w:cs="Times New Roman"/>
          <w:b/>
          <w:sz w:val="24"/>
          <w:szCs w:val="24"/>
        </w:rPr>
        <w:t>DICHIARAZIONE SOSTITUTIVA DI ATTO DI NOTORIETÀ</w:t>
      </w:r>
      <w:r w:rsidRPr="00895154">
        <w:rPr>
          <w:rFonts w:ascii="Times New Roman" w:hAnsi="Times New Roman" w:cs="Times New Roman"/>
          <w:b/>
          <w:sz w:val="24"/>
          <w:szCs w:val="24"/>
        </w:rPr>
        <w:br/>
      </w:r>
      <w:r w:rsidRPr="00754B9E">
        <w:rPr>
          <w:rFonts w:ascii="Times New Roman" w:hAnsi="Times New Roman" w:cs="Times New Roman"/>
          <w:b/>
          <w:sz w:val="24"/>
          <w:szCs w:val="24"/>
          <w:lang w:val="it-IT"/>
        </w:rPr>
        <w:t>(Art. 47 D.P.R. 28 dicembre 2000, n. 445)</w:t>
      </w:r>
    </w:p>
    <w:p w14:paraId="259C110B" w14:textId="4E08CC92" w:rsidR="008107A7" w:rsidRPr="00754B9E" w:rsidRDefault="004324A1" w:rsidP="00895154">
      <w:pPr>
        <w:spacing w:after="24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54B9E">
        <w:rPr>
          <w:rFonts w:ascii="Times New Roman" w:hAnsi="Times New Roman" w:cs="Times New Roman"/>
          <w:i/>
          <w:sz w:val="24"/>
          <w:szCs w:val="24"/>
          <w:lang w:val="it-IT"/>
        </w:rPr>
        <w:t>Relativa agli emolumenti complessivi percepiti/spettanti a carico della finanza pubblica</w:t>
      </w:r>
      <w:r w:rsidR="004D59D1" w:rsidRPr="00754B9E">
        <w:rPr>
          <w:rFonts w:ascii="Times New Roman" w:hAnsi="Times New Roman" w:cs="Times New Roman"/>
          <w:i/>
          <w:sz w:val="24"/>
          <w:szCs w:val="24"/>
          <w:lang w:val="it-IT"/>
        </w:rPr>
        <w:t xml:space="preserve"> </w:t>
      </w:r>
      <w:r w:rsidRPr="00754B9E">
        <w:rPr>
          <w:rFonts w:ascii="Times New Roman" w:hAnsi="Times New Roman" w:cs="Times New Roman"/>
          <w:i/>
          <w:sz w:val="24"/>
          <w:szCs w:val="24"/>
          <w:lang w:val="it-IT"/>
        </w:rPr>
        <w:t xml:space="preserve">(Art. 14, comma 1-ter, </w:t>
      </w:r>
      <w:proofErr w:type="spellStart"/>
      <w:r w:rsidRPr="00754B9E">
        <w:rPr>
          <w:rFonts w:ascii="Times New Roman" w:hAnsi="Times New Roman" w:cs="Times New Roman"/>
          <w:i/>
          <w:sz w:val="24"/>
          <w:szCs w:val="24"/>
          <w:lang w:val="it-IT"/>
        </w:rPr>
        <w:t>D.Lgs.</w:t>
      </w:r>
      <w:proofErr w:type="spellEnd"/>
      <w:r w:rsidRPr="00754B9E">
        <w:rPr>
          <w:rFonts w:ascii="Times New Roman" w:hAnsi="Times New Roman" w:cs="Times New Roman"/>
          <w:i/>
          <w:sz w:val="24"/>
          <w:szCs w:val="24"/>
          <w:lang w:val="it-IT"/>
        </w:rPr>
        <w:t xml:space="preserve"> 14 marzo 2013, n. 33 - Parere ANAC Fasc. n. 752/2026)</w:t>
      </w:r>
    </w:p>
    <w:p w14:paraId="30B18064" w14:textId="7315AF8C" w:rsidR="00940AED" w:rsidRDefault="004324A1" w:rsidP="001D5D4A">
      <w:pPr>
        <w:spacing w:before="180" w:after="120" w:line="480" w:lineRule="auto"/>
        <w:rPr>
          <w:rFonts w:ascii="Times New Roman" w:hAnsi="Times New Roman" w:cs="Times New Roman"/>
          <w:lang w:val="it-IT"/>
        </w:rPr>
      </w:pPr>
      <w:r w:rsidRPr="00754B9E">
        <w:rPr>
          <w:rFonts w:ascii="Times New Roman" w:hAnsi="Times New Roman" w:cs="Times New Roman"/>
          <w:lang w:val="it-IT"/>
        </w:rPr>
        <w:t>Il/La sottoscritto/a _________________________________________________________________</w:t>
      </w:r>
      <w:r w:rsidRPr="00754B9E">
        <w:rPr>
          <w:rFonts w:ascii="Times New Roman" w:hAnsi="Times New Roman" w:cs="Times New Roman"/>
          <w:lang w:val="it-IT"/>
        </w:rPr>
        <w:br/>
        <w:t xml:space="preserve">Nato/a </w:t>
      </w:r>
      <w:proofErr w:type="spellStart"/>
      <w:r w:rsidRPr="00754B9E">
        <w:rPr>
          <w:rFonts w:ascii="Times New Roman" w:hAnsi="Times New Roman" w:cs="Times New Roman"/>
          <w:lang w:val="it-IT"/>
        </w:rPr>
        <w:t>a</w:t>
      </w:r>
      <w:proofErr w:type="spellEnd"/>
      <w:r w:rsidRPr="00754B9E">
        <w:rPr>
          <w:rFonts w:ascii="Times New Roman" w:hAnsi="Times New Roman" w:cs="Times New Roman"/>
          <w:lang w:val="it-IT"/>
        </w:rPr>
        <w:t xml:space="preserve"> ____________________________________</w:t>
      </w:r>
      <w:r w:rsidR="00247CDB" w:rsidRPr="00754B9E">
        <w:rPr>
          <w:rFonts w:ascii="Times New Roman" w:hAnsi="Times New Roman" w:cs="Times New Roman"/>
          <w:lang w:val="it-IT"/>
        </w:rPr>
        <w:t>_______</w:t>
      </w:r>
      <w:r w:rsidRPr="00754B9E">
        <w:rPr>
          <w:rFonts w:ascii="Times New Roman" w:hAnsi="Times New Roman" w:cs="Times New Roman"/>
          <w:lang w:val="it-IT"/>
        </w:rPr>
        <w:t>_______ il _____/_____/_____</w:t>
      </w:r>
      <w:r w:rsidR="00247CDB" w:rsidRPr="00754B9E">
        <w:rPr>
          <w:rFonts w:ascii="Times New Roman" w:hAnsi="Times New Roman" w:cs="Times New Roman"/>
          <w:lang w:val="it-IT"/>
        </w:rPr>
        <w:t>_</w:t>
      </w:r>
      <w:r w:rsidRPr="00754B9E">
        <w:rPr>
          <w:rFonts w:ascii="Times New Roman" w:hAnsi="Times New Roman" w:cs="Times New Roman"/>
          <w:lang w:val="it-IT"/>
        </w:rPr>
        <w:t>____</w:t>
      </w:r>
      <w:r w:rsidRPr="00754B9E">
        <w:rPr>
          <w:rFonts w:ascii="Times New Roman" w:hAnsi="Times New Roman" w:cs="Times New Roman"/>
          <w:lang w:val="it-IT"/>
        </w:rPr>
        <w:br/>
        <w:t>Codice Fiscale ___________________________________________</w:t>
      </w:r>
      <w:r w:rsidR="001D5D4A">
        <w:rPr>
          <w:rFonts w:ascii="Times New Roman" w:hAnsi="Times New Roman" w:cs="Times New Roman"/>
          <w:lang w:val="it-IT"/>
        </w:rPr>
        <w:t xml:space="preserve"> Matricola </w:t>
      </w:r>
      <w:r w:rsidRPr="00754B9E">
        <w:rPr>
          <w:rFonts w:ascii="Times New Roman" w:hAnsi="Times New Roman" w:cs="Times New Roman"/>
          <w:lang w:val="it-IT"/>
        </w:rPr>
        <w:t>__________</w:t>
      </w:r>
      <w:r w:rsidR="00247CDB" w:rsidRPr="00754B9E">
        <w:rPr>
          <w:rFonts w:ascii="Times New Roman" w:hAnsi="Times New Roman" w:cs="Times New Roman"/>
          <w:lang w:val="it-IT"/>
        </w:rPr>
        <w:t>_</w:t>
      </w:r>
      <w:r w:rsidRPr="00754B9E">
        <w:rPr>
          <w:rFonts w:ascii="Times New Roman" w:hAnsi="Times New Roman" w:cs="Times New Roman"/>
          <w:lang w:val="it-IT"/>
        </w:rPr>
        <w:t>______</w:t>
      </w:r>
    </w:p>
    <w:p w14:paraId="07592F9C" w14:textId="78C7A3A3" w:rsidR="004D59D1" w:rsidRPr="00754B9E" w:rsidRDefault="001D5D4A" w:rsidP="001D5D4A">
      <w:pPr>
        <w:spacing w:before="180" w:after="120" w:line="480" w:lineRule="auto"/>
        <w:rPr>
          <w:rFonts w:ascii="Times New Roman" w:hAnsi="Times New Roman" w:cs="Times New Roman"/>
          <w:lang w:val="it-IT"/>
        </w:rPr>
      </w:pPr>
      <w:r w:rsidRPr="00754B9E">
        <w:rPr>
          <w:rFonts w:ascii="Times New Roman" w:hAnsi="Times New Roman" w:cs="Times New Roman"/>
          <w:lang w:val="it-IT"/>
        </w:rPr>
        <w:t xml:space="preserve"> </w:t>
      </w:r>
      <w:r w:rsidR="004324A1" w:rsidRPr="00754B9E">
        <w:rPr>
          <w:rFonts w:ascii="Times New Roman" w:hAnsi="Times New Roman" w:cs="Times New Roman"/>
          <w:lang w:val="it-IT"/>
        </w:rPr>
        <w:t xml:space="preserve">Dirigente   </w:t>
      </w:r>
      <w:r w:rsidR="004D59D1" w:rsidRPr="00754B9E">
        <w:rPr>
          <w:rFonts w:ascii="Times New Roman" w:hAnsi="Times New Roman" w:cs="Times New Roman"/>
          <w:lang w:val="it-IT"/>
        </w:rPr>
        <w:t xml:space="preserve">in servizio con rapporto di lavoro subordinato </w:t>
      </w:r>
    </w:p>
    <w:p w14:paraId="6F46ABEF" w14:textId="6B5718A4" w:rsidR="00F37C9E" w:rsidRPr="00754B9E" w:rsidRDefault="004324A1" w:rsidP="001D5D4A">
      <w:pPr>
        <w:spacing w:before="180" w:after="120" w:line="480" w:lineRule="auto"/>
        <w:rPr>
          <w:rFonts w:ascii="Times New Roman" w:hAnsi="Times New Roman" w:cs="Times New Roman"/>
          <w:i/>
          <w:lang w:val="it-IT"/>
        </w:rPr>
      </w:pPr>
      <w:r w:rsidRPr="00754B9E">
        <w:rPr>
          <w:rFonts w:ascii="Times New Roman" w:hAnsi="Times New Roman" w:cs="Times New Roman"/>
          <w:lang w:val="it-IT"/>
        </w:rPr>
        <w:t xml:space="preserve">Tipologia di rapporto: </w:t>
      </w:r>
      <w:proofErr w:type="gramStart"/>
      <w:r w:rsidRPr="00754B9E">
        <w:rPr>
          <w:rFonts w:ascii="Times New Roman" w:hAnsi="Times New Roman" w:cs="Times New Roman"/>
          <w:lang w:val="it-IT"/>
        </w:rPr>
        <w:t xml:space="preserve">[ </w:t>
      </w:r>
      <w:r w:rsidR="00247CDB" w:rsidRPr="00754B9E">
        <w:rPr>
          <w:rFonts w:ascii="Times New Roman" w:hAnsi="Times New Roman" w:cs="Times New Roman"/>
          <w:lang w:val="it-IT"/>
        </w:rPr>
        <w:t xml:space="preserve"> </w:t>
      </w:r>
      <w:proofErr w:type="gramEnd"/>
      <w:r w:rsidRPr="00754B9E">
        <w:rPr>
          <w:rFonts w:ascii="Times New Roman" w:hAnsi="Times New Roman" w:cs="Times New Roman"/>
          <w:lang w:val="it-IT"/>
        </w:rPr>
        <w:t xml:space="preserve"> ] Tempo Indeterminato   [</w:t>
      </w:r>
      <w:r w:rsidR="00247CDB" w:rsidRPr="00754B9E">
        <w:rPr>
          <w:rFonts w:ascii="Times New Roman" w:hAnsi="Times New Roman" w:cs="Times New Roman"/>
          <w:lang w:val="it-IT"/>
        </w:rPr>
        <w:t xml:space="preserve"> </w:t>
      </w:r>
      <w:r w:rsidRPr="00754B9E">
        <w:rPr>
          <w:rFonts w:ascii="Times New Roman" w:hAnsi="Times New Roman" w:cs="Times New Roman"/>
          <w:lang w:val="it-IT"/>
        </w:rPr>
        <w:t xml:space="preserve">  ] Tempo Determinato</w:t>
      </w:r>
      <w:r w:rsidRPr="00754B9E">
        <w:rPr>
          <w:rFonts w:ascii="Times New Roman" w:hAnsi="Times New Roman" w:cs="Times New Roman"/>
          <w:lang w:val="it-IT"/>
        </w:rPr>
        <w:br/>
        <w:t>Struttura di appartenenza: ______________________________________________</w:t>
      </w:r>
      <w:r w:rsidR="00247CDB" w:rsidRPr="00754B9E">
        <w:rPr>
          <w:rFonts w:ascii="Times New Roman" w:hAnsi="Times New Roman" w:cs="Times New Roman"/>
          <w:lang w:val="it-IT"/>
        </w:rPr>
        <w:t>____</w:t>
      </w:r>
      <w:r w:rsidRPr="00754B9E">
        <w:rPr>
          <w:rFonts w:ascii="Times New Roman" w:hAnsi="Times New Roman" w:cs="Times New Roman"/>
          <w:lang w:val="it-IT"/>
        </w:rPr>
        <w:t>____</w:t>
      </w:r>
    </w:p>
    <w:p w14:paraId="053EE0F8" w14:textId="77777777" w:rsidR="008107A7" w:rsidRPr="00754B9E" w:rsidRDefault="004324A1" w:rsidP="00F37C9E">
      <w:pPr>
        <w:spacing w:after="0" w:line="240" w:lineRule="auto"/>
        <w:rPr>
          <w:rFonts w:ascii="Times New Roman" w:hAnsi="Times New Roman" w:cs="Times New Roman"/>
          <w:lang w:val="it-IT"/>
        </w:rPr>
      </w:pPr>
      <w:r w:rsidRPr="00754B9E">
        <w:rPr>
          <w:rFonts w:ascii="Times New Roman" w:hAnsi="Times New Roman" w:cs="Times New Roman"/>
          <w:i/>
          <w:lang w:val="it-IT"/>
        </w:rPr>
        <w:t>consapevole delle sanzioni penali previste dall'art. 76 del D.P.R. 445/2000 per le ipotesi di falsità in atti e dichiarazioni mendaci, sotto la propria personale responsabilità,</w:t>
      </w:r>
    </w:p>
    <w:p w14:paraId="5849485C" w14:textId="77777777" w:rsidR="008107A7" w:rsidRPr="00754B9E" w:rsidRDefault="004324A1" w:rsidP="00827F23">
      <w:pPr>
        <w:spacing w:before="100" w:after="100" w:line="360" w:lineRule="auto"/>
        <w:jc w:val="center"/>
        <w:rPr>
          <w:rFonts w:ascii="Times New Roman" w:hAnsi="Times New Roman" w:cs="Times New Roman"/>
          <w:lang w:val="it-IT"/>
        </w:rPr>
      </w:pPr>
      <w:r w:rsidRPr="00754B9E">
        <w:rPr>
          <w:rFonts w:ascii="Times New Roman" w:hAnsi="Times New Roman" w:cs="Times New Roman"/>
          <w:b/>
          <w:lang w:val="it-IT"/>
        </w:rPr>
        <w:t>DICHIARA</w:t>
      </w:r>
    </w:p>
    <w:p w14:paraId="0E69C917" w14:textId="77777777" w:rsidR="00827F23" w:rsidRPr="00754B9E" w:rsidRDefault="00827F23" w:rsidP="00827F23">
      <w:pPr>
        <w:pStyle w:val="NormaleWeb"/>
        <w:spacing w:before="0" w:beforeAutospacing="0" w:after="40" w:afterAutospacing="0" w:line="360" w:lineRule="auto"/>
        <w:rPr>
          <w:sz w:val="22"/>
          <w:szCs w:val="22"/>
        </w:rPr>
      </w:pPr>
      <w:r w:rsidRPr="00754B9E">
        <w:rPr>
          <w:i/>
          <w:iCs/>
          <w:sz w:val="22"/>
          <w:szCs w:val="22"/>
        </w:rPr>
        <w:t>(Selezionare una sola delle seguenti opzioni: 1 oppure 2)</w:t>
      </w:r>
    </w:p>
    <w:p w14:paraId="0B543EC4" w14:textId="07B9D13A" w:rsidR="002F1157" w:rsidRPr="00754B9E" w:rsidRDefault="00827F23" w:rsidP="00815925">
      <w:pPr>
        <w:pStyle w:val="NormaleWeb"/>
        <w:spacing w:before="0" w:beforeAutospacing="0" w:after="0" w:afterAutospacing="0"/>
        <w:jc w:val="both"/>
        <w:rPr>
          <w:b/>
          <w:bCs/>
          <w:sz w:val="22"/>
          <w:szCs w:val="22"/>
        </w:rPr>
      </w:pPr>
      <w:proofErr w:type="gramStart"/>
      <w:r w:rsidRPr="00754B9E">
        <w:rPr>
          <w:b/>
          <w:sz w:val="22"/>
          <w:szCs w:val="22"/>
        </w:rPr>
        <w:t xml:space="preserve">[  </w:t>
      </w:r>
      <w:proofErr w:type="gramEnd"/>
      <w:r w:rsidRPr="00754B9E">
        <w:rPr>
          <w:b/>
          <w:sz w:val="22"/>
          <w:szCs w:val="22"/>
        </w:rPr>
        <w:t xml:space="preserve">  ]</w:t>
      </w:r>
      <w:r w:rsidR="00754B9E" w:rsidRPr="00754B9E">
        <w:rPr>
          <w:b/>
          <w:sz w:val="22"/>
          <w:szCs w:val="22"/>
        </w:rPr>
        <w:t xml:space="preserve"> </w:t>
      </w:r>
      <w:r w:rsidR="00815925" w:rsidRPr="00754B9E">
        <w:rPr>
          <w:b/>
          <w:sz w:val="20"/>
          <w:szCs w:val="20"/>
        </w:rPr>
        <w:t>OPZIONE 1</w:t>
      </w:r>
      <w:r w:rsidR="002F1157" w:rsidRPr="00754B9E">
        <w:rPr>
          <w:b/>
          <w:sz w:val="20"/>
          <w:szCs w:val="20"/>
        </w:rPr>
        <w:t xml:space="preserve"> -</w:t>
      </w:r>
      <w:r w:rsidR="00815925" w:rsidRPr="00754B9E">
        <w:rPr>
          <w:b/>
          <w:bCs/>
          <w:sz w:val="20"/>
          <w:szCs w:val="20"/>
        </w:rPr>
        <w:t xml:space="preserve"> ASSENZA DI INCARICHI / EMOLUMENTI ESTERNI</w:t>
      </w:r>
      <w:r w:rsidR="00815925" w:rsidRPr="00754B9E">
        <w:rPr>
          <w:b/>
          <w:bCs/>
          <w:sz w:val="22"/>
          <w:szCs w:val="22"/>
        </w:rPr>
        <w:t xml:space="preserve"> </w:t>
      </w:r>
      <w:r w:rsidRPr="00754B9E">
        <w:rPr>
          <w:b/>
          <w:sz w:val="22"/>
          <w:szCs w:val="22"/>
        </w:rPr>
        <w:t>(</w:t>
      </w:r>
      <w:r w:rsidRPr="00754B9E">
        <w:rPr>
          <w:b/>
          <w:bCs/>
          <w:sz w:val="20"/>
          <w:szCs w:val="20"/>
        </w:rPr>
        <w:t>Par. B - Allegato 1</w:t>
      </w:r>
      <w:r w:rsidRPr="00754B9E">
        <w:rPr>
          <w:b/>
          <w:sz w:val="22"/>
          <w:szCs w:val="22"/>
        </w:rPr>
        <w:t>)</w:t>
      </w:r>
    </w:p>
    <w:p w14:paraId="39F89CA7" w14:textId="7555B36A" w:rsidR="00815925" w:rsidRPr="00754B9E" w:rsidRDefault="00815925" w:rsidP="00815925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754B9E">
        <w:rPr>
          <w:sz w:val="22"/>
          <w:szCs w:val="22"/>
        </w:rPr>
        <w:t xml:space="preserve">di </w:t>
      </w:r>
      <w:r w:rsidRPr="00754B9E">
        <w:rPr>
          <w:b/>
          <w:bCs/>
          <w:sz w:val="22"/>
          <w:szCs w:val="22"/>
        </w:rPr>
        <w:t>NON</w:t>
      </w:r>
      <w:r w:rsidRPr="00754B9E">
        <w:rPr>
          <w:sz w:val="22"/>
          <w:szCs w:val="22"/>
        </w:rPr>
        <w:t xml:space="preserve"> aver svolto e di </w:t>
      </w:r>
      <w:r w:rsidRPr="00754B9E">
        <w:rPr>
          <w:b/>
          <w:bCs/>
          <w:sz w:val="22"/>
          <w:szCs w:val="22"/>
        </w:rPr>
        <w:t>NON</w:t>
      </w:r>
      <w:r w:rsidRPr="00754B9E">
        <w:rPr>
          <w:sz w:val="22"/>
          <w:szCs w:val="22"/>
        </w:rPr>
        <w:t xml:space="preserve"> avere in corso </w:t>
      </w:r>
      <w:r w:rsidR="00E32306" w:rsidRPr="00754B9E">
        <w:rPr>
          <w:sz w:val="22"/>
          <w:szCs w:val="22"/>
        </w:rPr>
        <w:t>nel quadriennio</w:t>
      </w:r>
      <w:r w:rsidR="00E32306" w:rsidRPr="00754B9E">
        <w:rPr>
          <w:b/>
          <w:bCs/>
          <w:sz w:val="22"/>
          <w:szCs w:val="22"/>
        </w:rPr>
        <w:t xml:space="preserve"> 2023 - 2026</w:t>
      </w:r>
      <w:r w:rsidR="00E32306" w:rsidRPr="00754B9E">
        <w:rPr>
          <w:sz w:val="22"/>
          <w:szCs w:val="22"/>
        </w:rPr>
        <w:t xml:space="preserve"> (ovvero per ciascuna delle annualità 2023, 2024, 2025 e per l'anno in corso 2026) </w:t>
      </w:r>
      <w:r w:rsidRPr="00754B9E">
        <w:rPr>
          <w:sz w:val="22"/>
          <w:szCs w:val="22"/>
        </w:rPr>
        <w:t xml:space="preserve">ulteriori incarichi </w:t>
      </w:r>
      <w:r w:rsidR="002F1157" w:rsidRPr="00754B9E">
        <w:rPr>
          <w:sz w:val="22"/>
          <w:szCs w:val="22"/>
        </w:rPr>
        <w:t xml:space="preserve">con remunerazione a carico della finanza pubblica </w:t>
      </w:r>
      <w:r w:rsidRPr="00754B9E">
        <w:rPr>
          <w:sz w:val="22"/>
          <w:szCs w:val="22"/>
        </w:rPr>
        <w:t xml:space="preserve">erogati da </w:t>
      </w:r>
      <w:r w:rsidR="002F1157" w:rsidRPr="00754B9E">
        <w:rPr>
          <w:bCs/>
          <w:sz w:val="22"/>
          <w:szCs w:val="22"/>
        </w:rPr>
        <w:t>altre Pubbliche Amministrazioni, Enti pubblici o Società partecipate</w:t>
      </w:r>
      <w:r w:rsidRPr="00754B9E">
        <w:rPr>
          <w:sz w:val="22"/>
          <w:szCs w:val="22"/>
        </w:rPr>
        <w:t>, oltre a quanto corrisposto direttamente da</w:t>
      </w:r>
      <w:r w:rsidR="00940AED">
        <w:rPr>
          <w:sz w:val="22"/>
          <w:szCs w:val="22"/>
        </w:rPr>
        <w:t>ll’ASP di Trapani</w:t>
      </w:r>
      <w:r w:rsidRPr="00754B9E">
        <w:rPr>
          <w:sz w:val="22"/>
          <w:szCs w:val="22"/>
        </w:rPr>
        <w:t>.</w:t>
      </w:r>
    </w:p>
    <w:p w14:paraId="581222BF" w14:textId="77777777" w:rsidR="00E32306" w:rsidRPr="00754B9E" w:rsidRDefault="00E32306" w:rsidP="00815925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14:paraId="0722CFB3" w14:textId="455435FC" w:rsidR="00815925" w:rsidRPr="00754B9E" w:rsidRDefault="00827F23" w:rsidP="002F1157">
      <w:pPr>
        <w:pStyle w:val="NormaleWeb"/>
        <w:spacing w:before="0" w:beforeAutospacing="0" w:after="0" w:afterAutospacing="0"/>
        <w:jc w:val="both"/>
        <w:rPr>
          <w:b/>
          <w:sz w:val="22"/>
          <w:szCs w:val="22"/>
        </w:rPr>
      </w:pPr>
      <w:proofErr w:type="gramStart"/>
      <w:r w:rsidRPr="00754B9E">
        <w:rPr>
          <w:b/>
          <w:sz w:val="22"/>
          <w:szCs w:val="22"/>
        </w:rPr>
        <w:t xml:space="preserve">[ </w:t>
      </w:r>
      <w:r w:rsidR="00467A2A" w:rsidRPr="00754B9E">
        <w:rPr>
          <w:b/>
          <w:sz w:val="22"/>
          <w:szCs w:val="22"/>
        </w:rPr>
        <w:t xml:space="preserve"> </w:t>
      </w:r>
      <w:proofErr w:type="gramEnd"/>
      <w:r w:rsidR="00467A2A" w:rsidRPr="00754B9E">
        <w:rPr>
          <w:b/>
          <w:sz w:val="22"/>
          <w:szCs w:val="22"/>
        </w:rPr>
        <w:t xml:space="preserve"> </w:t>
      </w:r>
      <w:r w:rsidRPr="00754B9E">
        <w:rPr>
          <w:b/>
          <w:sz w:val="22"/>
          <w:szCs w:val="22"/>
        </w:rPr>
        <w:t xml:space="preserve">  ] </w:t>
      </w:r>
      <w:r w:rsidR="00815925" w:rsidRPr="00754B9E">
        <w:rPr>
          <w:b/>
          <w:sz w:val="20"/>
          <w:szCs w:val="20"/>
        </w:rPr>
        <w:t>OPZIONE 2</w:t>
      </w:r>
      <w:r w:rsidR="00754B9E" w:rsidRPr="00754B9E">
        <w:rPr>
          <w:b/>
          <w:sz w:val="20"/>
          <w:szCs w:val="20"/>
        </w:rPr>
        <w:t xml:space="preserve"> -</w:t>
      </w:r>
      <w:r w:rsidR="00754B9E" w:rsidRPr="00754B9E">
        <w:rPr>
          <w:b/>
          <w:bCs/>
          <w:sz w:val="20"/>
          <w:szCs w:val="20"/>
        </w:rPr>
        <w:t xml:space="preserve"> </w:t>
      </w:r>
      <w:r w:rsidR="00815925" w:rsidRPr="00754B9E">
        <w:rPr>
          <w:b/>
          <w:sz w:val="20"/>
          <w:szCs w:val="20"/>
        </w:rPr>
        <w:t>PRESENZA DI INCARICHI / EMOLUMENTI ESTERNI</w:t>
      </w:r>
      <w:r w:rsidRPr="00754B9E">
        <w:rPr>
          <w:b/>
          <w:sz w:val="22"/>
          <w:szCs w:val="22"/>
        </w:rPr>
        <w:t xml:space="preserve"> (</w:t>
      </w:r>
      <w:r w:rsidRPr="00754B9E">
        <w:rPr>
          <w:b/>
          <w:bCs/>
          <w:sz w:val="20"/>
          <w:szCs w:val="20"/>
        </w:rPr>
        <w:t>Par. B - Allegato 1</w:t>
      </w:r>
      <w:r w:rsidRPr="00754B9E">
        <w:rPr>
          <w:b/>
          <w:sz w:val="22"/>
          <w:szCs w:val="22"/>
        </w:rPr>
        <w:t>)</w:t>
      </w:r>
      <w:r w:rsidR="00815925" w:rsidRPr="00754B9E">
        <w:rPr>
          <w:b/>
          <w:sz w:val="22"/>
          <w:szCs w:val="22"/>
        </w:rPr>
        <w:t>:</w:t>
      </w:r>
    </w:p>
    <w:p w14:paraId="5D86C1BE" w14:textId="1CD4AF98" w:rsidR="00815925" w:rsidRPr="00754B9E" w:rsidRDefault="00815925" w:rsidP="002F1157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754B9E">
        <w:rPr>
          <w:sz w:val="22"/>
          <w:szCs w:val="22"/>
        </w:rPr>
        <w:t xml:space="preserve">di aver svolto o di avere IN CORSO </w:t>
      </w:r>
      <w:r w:rsidR="00E32306" w:rsidRPr="00754B9E">
        <w:rPr>
          <w:sz w:val="22"/>
          <w:szCs w:val="22"/>
        </w:rPr>
        <w:t>nel quadriennio</w:t>
      </w:r>
      <w:r w:rsidR="00E32306" w:rsidRPr="00754B9E">
        <w:rPr>
          <w:b/>
          <w:bCs/>
          <w:sz w:val="22"/>
          <w:szCs w:val="22"/>
        </w:rPr>
        <w:t xml:space="preserve"> 2023 - 2026</w:t>
      </w:r>
      <w:r w:rsidR="00E32306" w:rsidRPr="00754B9E">
        <w:rPr>
          <w:sz w:val="22"/>
          <w:szCs w:val="22"/>
        </w:rPr>
        <w:t xml:space="preserve"> </w:t>
      </w:r>
      <w:r w:rsidR="001D5D4A" w:rsidRPr="00754B9E">
        <w:rPr>
          <w:sz w:val="22"/>
          <w:szCs w:val="22"/>
        </w:rPr>
        <w:t xml:space="preserve">(ovvero per ciascuna delle annualità 2023, 2024, 2025 e per l'anno in corso 2026) </w:t>
      </w:r>
      <w:r w:rsidRPr="00754B9E">
        <w:rPr>
          <w:sz w:val="22"/>
          <w:szCs w:val="22"/>
        </w:rPr>
        <w:t xml:space="preserve">i seguenti </w:t>
      </w:r>
      <w:r w:rsidRPr="00A05FAC">
        <w:rPr>
          <w:b/>
          <w:bCs/>
          <w:sz w:val="22"/>
          <w:szCs w:val="22"/>
        </w:rPr>
        <w:t>ulteriori</w:t>
      </w:r>
      <w:r w:rsidRPr="00754B9E">
        <w:rPr>
          <w:sz w:val="22"/>
          <w:szCs w:val="22"/>
        </w:rPr>
        <w:t xml:space="preserve"> incarichi con remunerazione a carico della finanza pubblica </w:t>
      </w:r>
      <w:r w:rsidR="00940AED">
        <w:rPr>
          <w:sz w:val="22"/>
          <w:szCs w:val="22"/>
        </w:rPr>
        <w:t>conferiti</w:t>
      </w:r>
      <w:r w:rsidRPr="00754B9E">
        <w:rPr>
          <w:sz w:val="22"/>
          <w:szCs w:val="22"/>
        </w:rPr>
        <w:t xml:space="preserve"> </w:t>
      </w:r>
      <w:r w:rsidR="002F1157" w:rsidRPr="00754B9E">
        <w:rPr>
          <w:sz w:val="22"/>
          <w:szCs w:val="22"/>
        </w:rPr>
        <w:t xml:space="preserve">da </w:t>
      </w:r>
      <w:r w:rsidR="002F1157" w:rsidRPr="00754B9E">
        <w:rPr>
          <w:bCs/>
          <w:sz w:val="22"/>
          <w:szCs w:val="22"/>
        </w:rPr>
        <w:t>altre Pubbliche Amministrazioni, Enti pubblici o Società partecipate</w:t>
      </w:r>
      <w:r w:rsidR="009C5C0A" w:rsidRPr="00754B9E">
        <w:rPr>
          <w:sz w:val="22"/>
          <w:szCs w:val="22"/>
        </w:rPr>
        <w:t>:</w:t>
      </w:r>
    </w:p>
    <w:p w14:paraId="48A36024" w14:textId="77777777" w:rsidR="004D59D1" w:rsidRPr="00754B9E" w:rsidRDefault="004D59D1" w:rsidP="002F1157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tbl>
      <w:tblPr>
        <w:tblStyle w:val="Grigliatabel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26"/>
        <w:gridCol w:w="1684"/>
        <w:gridCol w:w="1293"/>
        <w:gridCol w:w="1134"/>
        <w:gridCol w:w="1134"/>
        <w:gridCol w:w="1134"/>
        <w:gridCol w:w="1134"/>
      </w:tblGrid>
      <w:tr w:rsidR="004D59D1" w:rsidRPr="00754B9E" w14:paraId="1FA9BC83" w14:textId="77777777" w:rsidTr="004D59D1">
        <w:trPr>
          <w:trHeight w:val="450"/>
        </w:trPr>
        <w:tc>
          <w:tcPr>
            <w:tcW w:w="1526" w:type="dxa"/>
            <w:hideMark/>
          </w:tcPr>
          <w:p w14:paraId="05B37D8E" w14:textId="3C9CACDC" w:rsidR="004D59D1" w:rsidRPr="00754B9E" w:rsidRDefault="004D59D1" w:rsidP="004D59D1">
            <w:pPr>
              <w:pStyle w:val="NormaleWeb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54B9E">
              <w:rPr>
                <w:b/>
                <w:bCs/>
                <w:sz w:val="20"/>
                <w:szCs w:val="20"/>
              </w:rPr>
              <w:t>Ente o soggetto conferente</w:t>
            </w:r>
          </w:p>
        </w:tc>
        <w:tc>
          <w:tcPr>
            <w:tcW w:w="1684" w:type="dxa"/>
            <w:hideMark/>
          </w:tcPr>
          <w:p w14:paraId="51E45BAB" w14:textId="7C1A4EB3" w:rsidR="004D59D1" w:rsidRPr="00754B9E" w:rsidRDefault="004D59D1" w:rsidP="004D59D1">
            <w:pPr>
              <w:pStyle w:val="NormaleWeb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54B9E">
              <w:rPr>
                <w:b/>
                <w:bCs/>
                <w:sz w:val="20"/>
                <w:szCs w:val="20"/>
              </w:rPr>
              <w:t>Tipologia Incarico</w:t>
            </w:r>
          </w:p>
        </w:tc>
        <w:tc>
          <w:tcPr>
            <w:tcW w:w="1293" w:type="dxa"/>
            <w:hideMark/>
          </w:tcPr>
          <w:p w14:paraId="409D99F8" w14:textId="77777777" w:rsidR="004D59D1" w:rsidRPr="00754B9E" w:rsidRDefault="004D59D1" w:rsidP="004D59D1">
            <w:pPr>
              <w:pStyle w:val="NormaleWeb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754B9E">
              <w:rPr>
                <w:b/>
                <w:bCs/>
                <w:sz w:val="20"/>
                <w:szCs w:val="20"/>
              </w:rPr>
              <w:t>Durata</w:t>
            </w:r>
          </w:p>
        </w:tc>
        <w:tc>
          <w:tcPr>
            <w:tcW w:w="1134" w:type="dxa"/>
            <w:hideMark/>
          </w:tcPr>
          <w:p w14:paraId="792899AE" w14:textId="0E5BD819" w:rsidR="004D59D1" w:rsidRPr="001D5D4A" w:rsidRDefault="004D59D1" w:rsidP="004D59D1">
            <w:pPr>
              <w:pStyle w:val="NormaleWeb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 w:rsidRPr="001D5D4A">
              <w:rPr>
                <w:b/>
                <w:bCs/>
                <w:sz w:val="20"/>
                <w:szCs w:val="20"/>
              </w:rPr>
              <w:t>Spettante</w:t>
            </w:r>
            <w:r w:rsidR="001D5D4A" w:rsidRPr="001D5D4A">
              <w:rPr>
                <w:b/>
                <w:bCs/>
                <w:sz w:val="20"/>
                <w:szCs w:val="20"/>
              </w:rPr>
              <w:t>*</w:t>
            </w:r>
            <w:r w:rsidR="00940AED" w:rsidRPr="001D5D4A">
              <w:rPr>
                <w:b/>
                <w:bCs/>
                <w:sz w:val="20"/>
                <w:szCs w:val="20"/>
              </w:rPr>
              <w:t xml:space="preserve"> </w:t>
            </w:r>
            <w:r w:rsidRPr="001D5D4A">
              <w:rPr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134" w:type="dxa"/>
            <w:hideMark/>
          </w:tcPr>
          <w:p w14:paraId="259C9934" w14:textId="3B8A53CC" w:rsidR="004D59D1" w:rsidRPr="001D5D4A" w:rsidRDefault="001D5D4A" w:rsidP="004D59D1">
            <w:pPr>
              <w:pStyle w:val="NormaleWeb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D5D4A">
              <w:rPr>
                <w:b/>
                <w:bCs/>
                <w:sz w:val="20"/>
                <w:szCs w:val="20"/>
                <w:lang w:val="en-US"/>
              </w:rPr>
              <w:t>Spettante</w:t>
            </w:r>
            <w:proofErr w:type="spellEnd"/>
            <w:r w:rsidRPr="001D5D4A">
              <w:rPr>
                <w:b/>
                <w:bCs/>
                <w:sz w:val="20"/>
                <w:szCs w:val="20"/>
                <w:lang w:val="en-US"/>
              </w:rPr>
              <w:t xml:space="preserve">* </w:t>
            </w:r>
            <w:r w:rsidR="004D59D1" w:rsidRPr="001D5D4A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134" w:type="dxa"/>
            <w:hideMark/>
          </w:tcPr>
          <w:p w14:paraId="03AE3670" w14:textId="55A2B663" w:rsidR="004D59D1" w:rsidRPr="001D5D4A" w:rsidRDefault="001D5D4A" w:rsidP="004D59D1">
            <w:pPr>
              <w:pStyle w:val="NormaleWeb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D5D4A">
              <w:rPr>
                <w:b/>
                <w:bCs/>
                <w:sz w:val="20"/>
                <w:szCs w:val="20"/>
                <w:lang w:val="en-US"/>
              </w:rPr>
              <w:t>Spettante</w:t>
            </w:r>
            <w:proofErr w:type="spellEnd"/>
            <w:r w:rsidRPr="001D5D4A">
              <w:rPr>
                <w:b/>
                <w:bCs/>
                <w:sz w:val="20"/>
                <w:szCs w:val="20"/>
                <w:lang w:val="en-US"/>
              </w:rPr>
              <w:t xml:space="preserve">* </w:t>
            </w:r>
            <w:r w:rsidR="004D59D1" w:rsidRPr="001D5D4A">
              <w:rPr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134" w:type="dxa"/>
            <w:hideMark/>
          </w:tcPr>
          <w:p w14:paraId="4D6B124C" w14:textId="3A730581" w:rsidR="004D59D1" w:rsidRPr="001D5D4A" w:rsidRDefault="001D5D4A" w:rsidP="004D59D1">
            <w:pPr>
              <w:pStyle w:val="NormaleWeb"/>
              <w:spacing w:after="0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D5D4A">
              <w:rPr>
                <w:b/>
                <w:bCs/>
                <w:sz w:val="20"/>
                <w:szCs w:val="20"/>
                <w:lang w:val="en-US"/>
              </w:rPr>
              <w:t>Spettante</w:t>
            </w:r>
            <w:proofErr w:type="spellEnd"/>
            <w:r w:rsidRPr="001D5D4A">
              <w:rPr>
                <w:b/>
                <w:bCs/>
                <w:sz w:val="20"/>
                <w:szCs w:val="20"/>
                <w:lang w:val="en-US"/>
              </w:rPr>
              <w:t xml:space="preserve">* </w:t>
            </w:r>
            <w:r w:rsidR="004D59D1" w:rsidRPr="001D5D4A">
              <w:rPr>
                <w:b/>
                <w:bCs/>
                <w:sz w:val="20"/>
                <w:szCs w:val="20"/>
              </w:rPr>
              <w:t>2026</w:t>
            </w:r>
          </w:p>
        </w:tc>
      </w:tr>
      <w:tr w:rsidR="004D59D1" w:rsidRPr="00754B9E" w14:paraId="68ACE75B" w14:textId="77777777" w:rsidTr="004D59D1">
        <w:trPr>
          <w:trHeight w:val="300"/>
        </w:trPr>
        <w:tc>
          <w:tcPr>
            <w:tcW w:w="1526" w:type="dxa"/>
            <w:noWrap/>
            <w:hideMark/>
          </w:tcPr>
          <w:p w14:paraId="4DB1AB55" w14:textId="77777777" w:rsidR="004D59D1" w:rsidRPr="00754B9E" w:rsidRDefault="004D59D1" w:rsidP="004D59D1">
            <w:pPr>
              <w:pStyle w:val="NormaleWeb"/>
              <w:spacing w:after="0"/>
              <w:jc w:val="both"/>
              <w:rPr>
                <w:b/>
                <w:bCs/>
              </w:rPr>
            </w:pPr>
          </w:p>
        </w:tc>
        <w:tc>
          <w:tcPr>
            <w:tcW w:w="1684" w:type="dxa"/>
            <w:noWrap/>
            <w:hideMark/>
          </w:tcPr>
          <w:p w14:paraId="3406A922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293" w:type="dxa"/>
            <w:noWrap/>
            <w:hideMark/>
          </w:tcPr>
          <w:p w14:paraId="7E933B3D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715494B5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54D9E634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46613BDF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1B42B1D5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</w:tr>
      <w:tr w:rsidR="004D59D1" w:rsidRPr="00754B9E" w14:paraId="78290548" w14:textId="77777777" w:rsidTr="004D59D1">
        <w:trPr>
          <w:trHeight w:val="300"/>
        </w:trPr>
        <w:tc>
          <w:tcPr>
            <w:tcW w:w="1526" w:type="dxa"/>
            <w:noWrap/>
            <w:hideMark/>
          </w:tcPr>
          <w:p w14:paraId="4C3489FD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684" w:type="dxa"/>
            <w:noWrap/>
            <w:hideMark/>
          </w:tcPr>
          <w:p w14:paraId="169E9963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293" w:type="dxa"/>
            <w:noWrap/>
            <w:hideMark/>
          </w:tcPr>
          <w:p w14:paraId="5D6F22B6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0B937F5B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3489745E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1841F75E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35BB93FC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</w:tr>
      <w:tr w:rsidR="004D59D1" w:rsidRPr="00754B9E" w14:paraId="39795492" w14:textId="77777777" w:rsidTr="004D59D1">
        <w:trPr>
          <w:trHeight w:val="300"/>
        </w:trPr>
        <w:tc>
          <w:tcPr>
            <w:tcW w:w="1526" w:type="dxa"/>
            <w:noWrap/>
            <w:hideMark/>
          </w:tcPr>
          <w:p w14:paraId="58BC9A15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684" w:type="dxa"/>
            <w:noWrap/>
            <w:hideMark/>
          </w:tcPr>
          <w:p w14:paraId="56700C71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293" w:type="dxa"/>
            <w:noWrap/>
            <w:hideMark/>
          </w:tcPr>
          <w:p w14:paraId="239A2BB6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6C8BA4BB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443B7BF1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390E9681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7FB0B76A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</w:tr>
      <w:tr w:rsidR="004D59D1" w:rsidRPr="00754B9E" w14:paraId="4E2144D7" w14:textId="77777777" w:rsidTr="004D59D1">
        <w:trPr>
          <w:trHeight w:val="300"/>
        </w:trPr>
        <w:tc>
          <w:tcPr>
            <w:tcW w:w="1526" w:type="dxa"/>
            <w:noWrap/>
            <w:hideMark/>
          </w:tcPr>
          <w:p w14:paraId="7EAE30A3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684" w:type="dxa"/>
            <w:noWrap/>
            <w:hideMark/>
          </w:tcPr>
          <w:p w14:paraId="7B8CE7FB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293" w:type="dxa"/>
            <w:noWrap/>
            <w:hideMark/>
          </w:tcPr>
          <w:p w14:paraId="67AC714E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5D83B78B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21253327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2B2828F9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3EB8AF13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</w:tr>
      <w:tr w:rsidR="004D59D1" w:rsidRPr="00754B9E" w14:paraId="08E96E41" w14:textId="77777777" w:rsidTr="004D59D1">
        <w:trPr>
          <w:trHeight w:val="300"/>
        </w:trPr>
        <w:tc>
          <w:tcPr>
            <w:tcW w:w="1526" w:type="dxa"/>
            <w:noWrap/>
            <w:hideMark/>
          </w:tcPr>
          <w:p w14:paraId="6D5ADD3F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684" w:type="dxa"/>
            <w:noWrap/>
            <w:hideMark/>
          </w:tcPr>
          <w:p w14:paraId="51E69E5D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293" w:type="dxa"/>
            <w:noWrap/>
            <w:hideMark/>
          </w:tcPr>
          <w:p w14:paraId="175645F5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63C67842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500054EA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37C68626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  <w:hideMark/>
          </w:tcPr>
          <w:p w14:paraId="56154448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</w:tr>
      <w:tr w:rsidR="004D59D1" w:rsidRPr="00754B9E" w14:paraId="5505C489" w14:textId="77777777" w:rsidTr="004D59D1">
        <w:trPr>
          <w:trHeight w:val="300"/>
        </w:trPr>
        <w:tc>
          <w:tcPr>
            <w:tcW w:w="1526" w:type="dxa"/>
            <w:noWrap/>
          </w:tcPr>
          <w:p w14:paraId="125D3C37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684" w:type="dxa"/>
            <w:noWrap/>
          </w:tcPr>
          <w:p w14:paraId="1DDBD2BD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293" w:type="dxa"/>
            <w:noWrap/>
          </w:tcPr>
          <w:p w14:paraId="15305E73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</w:tcPr>
          <w:p w14:paraId="7BA427AF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</w:tcPr>
          <w:p w14:paraId="63935078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</w:tcPr>
          <w:p w14:paraId="2582FB04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  <w:tc>
          <w:tcPr>
            <w:tcW w:w="1134" w:type="dxa"/>
            <w:noWrap/>
          </w:tcPr>
          <w:p w14:paraId="2CE47FC0" w14:textId="77777777" w:rsidR="004D59D1" w:rsidRPr="00754B9E" w:rsidRDefault="004D59D1" w:rsidP="004D59D1">
            <w:pPr>
              <w:pStyle w:val="NormaleWeb"/>
              <w:spacing w:after="0"/>
              <w:jc w:val="both"/>
            </w:pPr>
          </w:p>
        </w:tc>
      </w:tr>
    </w:tbl>
    <w:p w14:paraId="2CD39197" w14:textId="3930B9E6" w:rsidR="004D59D1" w:rsidRPr="001D5D4A" w:rsidRDefault="001D5D4A" w:rsidP="0089515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0"/>
          <w:szCs w:val="20"/>
          <w:lang w:val="it-IT"/>
        </w:rPr>
      </w:pPr>
      <w:r w:rsidRPr="001D5D4A">
        <w:rPr>
          <w:rFonts w:ascii="Times New Roman" w:hAnsi="Times New Roman" w:cs="Times New Roman"/>
          <w:b/>
          <w:bCs/>
          <w:i/>
          <w:sz w:val="20"/>
          <w:szCs w:val="20"/>
          <w:lang w:val="it-IT"/>
        </w:rPr>
        <w:t>*Inserire gli emolumenti percepiti o da percepire nell’anno di riferimento</w:t>
      </w:r>
      <w:r w:rsidR="00924E6D">
        <w:rPr>
          <w:rFonts w:ascii="Times New Roman" w:hAnsi="Times New Roman" w:cs="Times New Roman"/>
          <w:b/>
          <w:bCs/>
          <w:i/>
          <w:sz w:val="20"/>
          <w:szCs w:val="20"/>
          <w:lang w:val="it-IT"/>
        </w:rPr>
        <w:t xml:space="preserve"> (esclusi incarichi ASP Trapani)</w:t>
      </w:r>
      <w:r w:rsidRPr="001D5D4A">
        <w:rPr>
          <w:rFonts w:ascii="Times New Roman" w:hAnsi="Times New Roman" w:cs="Times New Roman"/>
          <w:b/>
          <w:bCs/>
          <w:i/>
          <w:sz w:val="20"/>
          <w:szCs w:val="20"/>
          <w:lang w:val="it-IT"/>
        </w:rPr>
        <w:t>.</w:t>
      </w:r>
    </w:p>
    <w:p w14:paraId="4578DBE6" w14:textId="77777777" w:rsidR="001D5D4A" w:rsidRPr="00754B9E" w:rsidRDefault="001D5D4A" w:rsidP="0089515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it-IT"/>
        </w:rPr>
      </w:pPr>
    </w:p>
    <w:p w14:paraId="581E0CE3" w14:textId="5951A92A" w:rsidR="008107A7" w:rsidRPr="00754B9E" w:rsidRDefault="004324A1" w:rsidP="00895154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it-IT"/>
        </w:rPr>
      </w:pPr>
      <w:r w:rsidRPr="00754B9E">
        <w:rPr>
          <w:rFonts w:ascii="Times New Roman" w:hAnsi="Times New Roman" w:cs="Times New Roman"/>
          <w:i/>
          <w:sz w:val="20"/>
          <w:szCs w:val="20"/>
          <w:lang w:val="it-IT"/>
        </w:rPr>
        <w:t xml:space="preserve">Il/La sottoscritto/a autorizza il trattamento dei propri dati personali ai sensi del Regolamento UE 2016/679 e del </w:t>
      </w:r>
      <w:proofErr w:type="spellStart"/>
      <w:r w:rsidRPr="00754B9E">
        <w:rPr>
          <w:rFonts w:ascii="Times New Roman" w:hAnsi="Times New Roman" w:cs="Times New Roman"/>
          <w:i/>
          <w:sz w:val="20"/>
          <w:szCs w:val="20"/>
          <w:lang w:val="it-IT"/>
        </w:rPr>
        <w:t>D.Lgs.</w:t>
      </w:r>
      <w:proofErr w:type="spellEnd"/>
      <w:r w:rsidRPr="00754B9E">
        <w:rPr>
          <w:rFonts w:ascii="Times New Roman" w:hAnsi="Times New Roman" w:cs="Times New Roman"/>
          <w:i/>
          <w:sz w:val="20"/>
          <w:szCs w:val="20"/>
          <w:lang w:val="it-IT"/>
        </w:rPr>
        <w:t xml:space="preserve"> 196/2003 per le sole finalità di pubblicazione sul sito aziendale sezione "Amministrazione Trasparente" prescritte dall'art. 14 </w:t>
      </w:r>
      <w:proofErr w:type="spellStart"/>
      <w:r w:rsidRPr="00754B9E">
        <w:rPr>
          <w:rFonts w:ascii="Times New Roman" w:hAnsi="Times New Roman" w:cs="Times New Roman"/>
          <w:i/>
          <w:sz w:val="20"/>
          <w:szCs w:val="20"/>
          <w:lang w:val="it-IT"/>
        </w:rPr>
        <w:t>D.Lgs.</w:t>
      </w:r>
      <w:proofErr w:type="spellEnd"/>
      <w:r w:rsidRPr="00754B9E">
        <w:rPr>
          <w:rFonts w:ascii="Times New Roman" w:hAnsi="Times New Roman" w:cs="Times New Roman"/>
          <w:i/>
          <w:sz w:val="20"/>
          <w:szCs w:val="20"/>
          <w:lang w:val="it-IT"/>
        </w:rPr>
        <w:t xml:space="preserve"> 33/2013.</w:t>
      </w:r>
    </w:p>
    <w:p w14:paraId="13E139A2" w14:textId="77777777" w:rsidR="00D73981" w:rsidRPr="00754B9E" w:rsidRDefault="00D73981" w:rsidP="0089515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it-IT"/>
        </w:rPr>
      </w:pPr>
    </w:p>
    <w:p w14:paraId="426CB52C" w14:textId="77777777" w:rsidR="00D73981" w:rsidRPr="00754B9E" w:rsidRDefault="00D73981" w:rsidP="00D73981">
      <w:pPr>
        <w:tabs>
          <w:tab w:val="center" w:pos="7088"/>
        </w:tabs>
        <w:spacing w:after="0" w:line="240" w:lineRule="auto"/>
        <w:rPr>
          <w:rFonts w:ascii="Times New Roman" w:hAnsi="Times New Roman" w:cs="Times New Roman"/>
          <w:lang w:val="it-IT"/>
        </w:rPr>
      </w:pPr>
      <w:r w:rsidRPr="00754B9E">
        <w:rPr>
          <w:rFonts w:ascii="Times New Roman" w:hAnsi="Times New Roman" w:cs="Times New Roman"/>
          <w:lang w:val="it-IT"/>
        </w:rPr>
        <w:t>Luogo e Data: ___________________________</w:t>
      </w:r>
      <w:r w:rsidRPr="00754B9E">
        <w:rPr>
          <w:rFonts w:ascii="Times New Roman" w:hAnsi="Times New Roman" w:cs="Times New Roman"/>
          <w:lang w:val="it-IT"/>
        </w:rPr>
        <w:tab/>
      </w:r>
    </w:p>
    <w:p w14:paraId="5F6F3119" w14:textId="77777777" w:rsidR="00D73981" w:rsidRPr="00754B9E" w:rsidRDefault="009D77F9" w:rsidP="009D77F9">
      <w:pPr>
        <w:tabs>
          <w:tab w:val="center" w:pos="6804"/>
        </w:tabs>
        <w:spacing w:after="0" w:line="240" w:lineRule="auto"/>
        <w:rPr>
          <w:rFonts w:ascii="Times New Roman" w:hAnsi="Times New Roman" w:cs="Times New Roman"/>
          <w:lang w:val="it-IT"/>
        </w:rPr>
      </w:pPr>
      <w:r w:rsidRPr="00754B9E">
        <w:rPr>
          <w:rFonts w:ascii="Times New Roman" w:hAnsi="Times New Roman" w:cs="Times New Roman"/>
          <w:lang w:val="it-IT"/>
        </w:rPr>
        <w:tab/>
        <w:t>I</w:t>
      </w:r>
      <w:r w:rsidR="00D73981" w:rsidRPr="00754B9E">
        <w:rPr>
          <w:rFonts w:ascii="Times New Roman" w:hAnsi="Times New Roman" w:cs="Times New Roman"/>
          <w:lang w:val="it-IT"/>
        </w:rPr>
        <w:t>l/La Dichiarante</w:t>
      </w:r>
    </w:p>
    <w:p w14:paraId="7EC2B80E" w14:textId="3B7F4CA3" w:rsidR="00C513BF" w:rsidRPr="00754B9E" w:rsidRDefault="009D77F9" w:rsidP="009D77F9">
      <w:pPr>
        <w:tabs>
          <w:tab w:val="center" w:pos="6804"/>
        </w:tabs>
        <w:spacing w:after="0" w:line="240" w:lineRule="auto"/>
        <w:rPr>
          <w:rFonts w:ascii="Times New Roman" w:hAnsi="Times New Roman" w:cs="Times New Roman"/>
          <w:sz w:val="36"/>
          <w:szCs w:val="36"/>
          <w:lang w:val="it-IT"/>
        </w:rPr>
      </w:pPr>
      <w:r w:rsidRPr="00754B9E">
        <w:rPr>
          <w:rFonts w:ascii="Times New Roman" w:hAnsi="Times New Roman" w:cs="Times New Roman"/>
          <w:sz w:val="36"/>
          <w:szCs w:val="36"/>
          <w:lang w:val="it-IT"/>
        </w:rPr>
        <w:tab/>
      </w:r>
      <w:r w:rsidR="00D73981" w:rsidRPr="00754B9E">
        <w:rPr>
          <w:rFonts w:ascii="Times New Roman" w:hAnsi="Times New Roman" w:cs="Times New Roman"/>
          <w:sz w:val="36"/>
          <w:szCs w:val="36"/>
          <w:lang w:val="it-IT"/>
        </w:rPr>
        <w:t>__________________________</w:t>
      </w:r>
    </w:p>
    <w:sectPr w:rsidR="00C513BF" w:rsidRPr="00754B9E" w:rsidSect="002B6ED1">
      <w:headerReference w:type="default" r:id="rId8"/>
      <w:pgSz w:w="11906" w:h="16838" w:code="9"/>
      <w:pgMar w:top="993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D57CF" w14:textId="77777777" w:rsidR="00F2530E" w:rsidRDefault="00F2530E" w:rsidP="00247CDB">
      <w:pPr>
        <w:spacing w:after="0" w:line="240" w:lineRule="auto"/>
      </w:pPr>
      <w:r>
        <w:separator/>
      </w:r>
    </w:p>
  </w:endnote>
  <w:endnote w:type="continuationSeparator" w:id="0">
    <w:p w14:paraId="5976A780" w14:textId="77777777" w:rsidR="00F2530E" w:rsidRDefault="00F2530E" w:rsidP="00247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6C4B3C" w14:textId="77777777" w:rsidR="00F2530E" w:rsidRDefault="00F2530E" w:rsidP="00247CDB">
      <w:pPr>
        <w:spacing w:after="0" w:line="240" w:lineRule="auto"/>
      </w:pPr>
      <w:r>
        <w:separator/>
      </w:r>
    </w:p>
  </w:footnote>
  <w:footnote w:type="continuationSeparator" w:id="0">
    <w:p w14:paraId="7800D1FB" w14:textId="77777777" w:rsidR="00F2530E" w:rsidRDefault="00F2530E" w:rsidP="00247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F3690" w14:textId="77777777" w:rsidR="00247CDB" w:rsidRPr="009D77F9" w:rsidRDefault="00247CDB">
    <w:pPr>
      <w:pStyle w:val="Intestazione"/>
      <w:rPr>
        <w:rFonts w:ascii="Times New Roman" w:hAnsi="Times New Roman" w:cs="Times New Roman"/>
        <w:b/>
        <w:sz w:val="28"/>
        <w:szCs w:val="28"/>
      </w:rPr>
    </w:pPr>
    <w:r w:rsidRPr="009D77F9">
      <w:rPr>
        <w:rFonts w:ascii="Times New Roman" w:hAnsi="Times New Roman" w:cs="Times New Roman"/>
        <w:b/>
        <w:sz w:val="28"/>
        <w:szCs w:val="28"/>
      </w:rPr>
      <w:t xml:space="preserve">ALLEGATO </w:t>
    </w:r>
    <w:r w:rsidR="009D77F9" w:rsidRPr="009D77F9">
      <w:rPr>
        <w:rFonts w:ascii="Times New Roman" w:hAnsi="Times New Roman" w:cs="Times New Roman"/>
        <w:b/>
        <w:sz w:val="28"/>
        <w:szCs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8F5E40"/>
    <w:multiLevelType w:val="multilevel"/>
    <w:tmpl w:val="15DA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036DA4"/>
    <w:multiLevelType w:val="multilevel"/>
    <w:tmpl w:val="F56C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147BAE"/>
    <w:multiLevelType w:val="multilevel"/>
    <w:tmpl w:val="4CBE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A92E1C"/>
    <w:multiLevelType w:val="multilevel"/>
    <w:tmpl w:val="673E2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3296073">
    <w:abstractNumId w:val="8"/>
  </w:num>
  <w:num w:numId="2" w16cid:durableId="691804522">
    <w:abstractNumId w:val="6"/>
  </w:num>
  <w:num w:numId="3" w16cid:durableId="1478572124">
    <w:abstractNumId w:val="5"/>
  </w:num>
  <w:num w:numId="4" w16cid:durableId="2011984108">
    <w:abstractNumId w:val="4"/>
  </w:num>
  <w:num w:numId="5" w16cid:durableId="1489058746">
    <w:abstractNumId w:val="7"/>
  </w:num>
  <w:num w:numId="6" w16cid:durableId="852451854">
    <w:abstractNumId w:val="3"/>
  </w:num>
  <w:num w:numId="7" w16cid:durableId="1809661092">
    <w:abstractNumId w:val="2"/>
  </w:num>
  <w:num w:numId="8" w16cid:durableId="219631610">
    <w:abstractNumId w:val="1"/>
  </w:num>
  <w:num w:numId="9" w16cid:durableId="1662155816">
    <w:abstractNumId w:val="0"/>
  </w:num>
  <w:num w:numId="10" w16cid:durableId="88426837">
    <w:abstractNumId w:val="12"/>
  </w:num>
  <w:num w:numId="11" w16cid:durableId="951471522">
    <w:abstractNumId w:val="10"/>
  </w:num>
  <w:num w:numId="12" w16cid:durableId="322005331">
    <w:abstractNumId w:val="9"/>
  </w:num>
  <w:num w:numId="13" w16cid:durableId="11733012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7EB0"/>
    <w:rsid w:val="000A3D22"/>
    <w:rsid w:val="000C3E49"/>
    <w:rsid w:val="001370FC"/>
    <w:rsid w:val="0015074B"/>
    <w:rsid w:val="00160F86"/>
    <w:rsid w:val="001D1A50"/>
    <w:rsid w:val="001D5D4A"/>
    <w:rsid w:val="002375F9"/>
    <w:rsid w:val="002408E7"/>
    <w:rsid w:val="00247CDB"/>
    <w:rsid w:val="0029639D"/>
    <w:rsid w:val="002A2661"/>
    <w:rsid w:val="002B6ED1"/>
    <w:rsid w:val="002F1157"/>
    <w:rsid w:val="00326F90"/>
    <w:rsid w:val="004057D0"/>
    <w:rsid w:val="00423F98"/>
    <w:rsid w:val="004324A1"/>
    <w:rsid w:val="00455FC2"/>
    <w:rsid w:val="00467A2A"/>
    <w:rsid w:val="004D59D1"/>
    <w:rsid w:val="005145F7"/>
    <w:rsid w:val="00523ED9"/>
    <w:rsid w:val="005E27D0"/>
    <w:rsid w:val="00640D3D"/>
    <w:rsid w:val="006D3DA4"/>
    <w:rsid w:val="00754B9E"/>
    <w:rsid w:val="007573B7"/>
    <w:rsid w:val="00783AEC"/>
    <w:rsid w:val="007904C5"/>
    <w:rsid w:val="008107A7"/>
    <w:rsid w:val="00815925"/>
    <w:rsid w:val="00827F23"/>
    <w:rsid w:val="00895154"/>
    <w:rsid w:val="00924E6D"/>
    <w:rsid w:val="00932178"/>
    <w:rsid w:val="00940AED"/>
    <w:rsid w:val="00955267"/>
    <w:rsid w:val="009915AF"/>
    <w:rsid w:val="009C5C0A"/>
    <w:rsid w:val="009D77F9"/>
    <w:rsid w:val="00A05FAC"/>
    <w:rsid w:val="00A4343D"/>
    <w:rsid w:val="00AA1B8F"/>
    <w:rsid w:val="00AA1D8D"/>
    <w:rsid w:val="00B47730"/>
    <w:rsid w:val="00BE6159"/>
    <w:rsid w:val="00C05EEC"/>
    <w:rsid w:val="00C36DF7"/>
    <w:rsid w:val="00C513BF"/>
    <w:rsid w:val="00C71C90"/>
    <w:rsid w:val="00CB0664"/>
    <w:rsid w:val="00D01FDA"/>
    <w:rsid w:val="00D323ED"/>
    <w:rsid w:val="00D408ED"/>
    <w:rsid w:val="00D73981"/>
    <w:rsid w:val="00D74361"/>
    <w:rsid w:val="00DC4085"/>
    <w:rsid w:val="00DE43D7"/>
    <w:rsid w:val="00E32306"/>
    <w:rsid w:val="00E66B18"/>
    <w:rsid w:val="00F2530E"/>
    <w:rsid w:val="00F37C9E"/>
    <w:rsid w:val="00FC693F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682DC7"/>
  <w15:docId w15:val="{8FD82782-2521-4EFA-972B-5C3CCF2B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Elencochiaro1">
    <w:name w:val="Elenco chiaro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gliachiara1">
    <w:name w:val="Griglia chiara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fondomedio11">
    <w:name w:val="Sfondo medio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1-Colore11">
    <w:name w:val="Sfondo medio 1 - Colore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21">
    <w:name w:val="Sfondo medio 2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">
    <w:name w:val="Sfondo medio 2 - Colore 1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medio11">
    <w:name w:val="Elenco medio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Elencomedio1-Colore11">
    <w:name w:val="Elenco medio 1 - Colore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Elencomedio21">
    <w:name w:val="Elenco medio 2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media11">
    <w:name w:val="Griglia media 1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gliamedia21">
    <w:name w:val="Griglia media 2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igliamedia31">
    <w:name w:val="Griglia media 3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Elencoscuro1">
    <w:name w:val="Elenco scuro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Sfondoacolori1">
    <w:name w:val="Sfondo a colori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Elencoacolori1">
    <w:name w:val="Elenco a colori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gliaacolori1">
    <w:name w:val="Griglia a colori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F37C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5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6B5488F-6070-4D11-AD7E-7B581FC61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MARIA GRAZIA PETRELLI</cp:lastModifiedBy>
  <cp:revision>4</cp:revision>
  <dcterms:created xsi:type="dcterms:W3CDTF">2026-11-03T16:24:00Z</dcterms:created>
  <dcterms:modified xsi:type="dcterms:W3CDTF">2026-11-04T09:51:00Z</dcterms:modified>
</cp:coreProperties>
</file>