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44B91" w14:textId="77777777" w:rsidR="00C513BF" w:rsidRPr="00E73CCF" w:rsidRDefault="00C513BF" w:rsidP="00C513BF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73CCF">
        <w:rPr>
          <w:rFonts w:ascii="Times New Roman" w:hAnsi="Times New Roman" w:cs="Times New Roman"/>
          <w:b/>
          <w:sz w:val="20"/>
          <w:szCs w:val="20"/>
        </w:rPr>
        <w:t>DICHIARAZIONE SOSTITUTIVA DI ATTO DI NOTORIETÀ</w:t>
      </w:r>
      <w:r w:rsidRPr="00E73CCF">
        <w:rPr>
          <w:rFonts w:ascii="Times New Roman" w:hAnsi="Times New Roman" w:cs="Times New Roman"/>
          <w:b/>
          <w:sz w:val="20"/>
          <w:szCs w:val="20"/>
        </w:rPr>
        <w:br/>
        <w:t>(Art. 47 D.P.R. 28 dicembre 2000, n. 445)</w:t>
      </w:r>
    </w:p>
    <w:p w14:paraId="4903D384" w14:textId="77777777" w:rsidR="00435F71" w:rsidRPr="00E73CCF" w:rsidRDefault="00C513BF" w:rsidP="00435F71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it-IT"/>
        </w:rPr>
      </w:pPr>
      <w:r w:rsidRPr="00E73CCF">
        <w:rPr>
          <w:rFonts w:ascii="Times New Roman" w:hAnsi="Times New Roman" w:cs="Times New Roman"/>
          <w:i/>
          <w:sz w:val="20"/>
          <w:szCs w:val="20"/>
          <w:lang w:val="it-IT"/>
        </w:rPr>
        <w:t xml:space="preserve">Relativa </w:t>
      </w:r>
      <w:r w:rsidR="00854C9E" w:rsidRPr="00E73CCF">
        <w:rPr>
          <w:rFonts w:ascii="Times New Roman" w:hAnsi="Times New Roman" w:cs="Times New Roman"/>
          <w:i/>
          <w:sz w:val="20"/>
          <w:szCs w:val="20"/>
          <w:lang w:val="it-IT"/>
        </w:rPr>
        <w:t xml:space="preserve">al rispetto del limite massimo retributivo per emolumenti a carico della finanza pubblica </w:t>
      </w:r>
    </w:p>
    <w:p w14:paraId="32D640A0" w14:textId="7FFC86F1" w:rsidR="00854C9E" w:rsidRPr="00E73CCF" w:rsidRDefault="00854C9E" w:rsidP="00435F71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it-IT"/>
        </w:rPr>
      </w:pPr>
      <w:r w:rsidRPr="00E73CCF">
        <w:rPr>
          <w:rFonts w:ascii="Times New Roman" w:hAnsi="Times New Roman" w:cs="Times New Roman"/>
          <w:i/>
          <w:sz w:val="20"/>
          <w:szCs w:val="20"/>
          <w:lang w:val="it-IT"/>
        </w:rPr>
        <w:t xml:space="preserve">(Art. 23-ter D.L. n. 201/2011 – DPCM 23 marzo 2012 – </w:t>
      </w:r>
      <w:r w:rsidR="000D69BB" w:rsidRPr="000D69BB">
        <w:rPr>
          <w:rFonts w:ascii="Times New Roman" w:hAnsi="Times New Roman" w:cs="Times New Roman"/>
          <w:i/>
          <w:sz w:val="20"/>
          <w:szCs w:val="20"/>
          <w:lang w:val="it-IT"/>
        </w:rPr>
        <w:t xml:space="preserve">Circolare della Presidenza del Consiglio dei Ministri n. 8 del 03/08/2012 </w:t>
      </w:r>
      <w:r w:rsidRPr="00E73CCF">
        <w:rPr>
          <w:rFonts w:ascii="Times New Roman" w:hAnsi="Times New Roman" w:cs="Times New Roman"/>
          <w:i/>
          <w:sz w:val="20"/>
          <w:szCs w:val="20"/>
          <w:lang w:val="it-IT"/>
        </w:rPr>
        <w:t>Sent</w:t>
      </w:r>
      <w:r w:rsidR="00435F71" w:rsidRPr="00E73CCF">
        <w:rPr>
          <w:rFonts w:ascii="Times New Roman" w:hAnsi="Times New Roman" w:cs="Times New Roman"/>
          <w:i/>
          <w:sz w:val="20"/>
          <w:szCs w:val="20"/>
          <w:lang w:val="it-IT"/>
        </w:rPr>
        <w:t>.</w:t>
      </w:r>
      <w:r w:rsidRPr="00E73CCF">
        <w:rPr>
          <w:rFonts w:ascii="Times New Roman" w:hAnsi="Times New Roman" w:cs="Times New Roman"/>
          <w:i/>
          <w:sz w:val="20"/>
          <w:szCs w:val="20"/>
          <w:lang w:val="it-IT"/>
        </w:rPr>
        <w:t xml:space="preserve"> Corte Costituzionale n. 135/2025)</w:t>
      </w:r>
    </w:p>
    <w:p w14:paraId="607A1383" w14:textId="3909A08D" w:rsidR="00C513BF" w:rsidRPr="00E73CCF" w:rsidRDefault="00C513BF" w:rsidP="00435F71">
      <w:pPr>
        <w:spacing w:before="200" w:after="120" w:line="480" w:lineRule="auto"/>
        <w:rPr>
          <w:rFonts w:ascii="Times New Roman" w:hAnsi="Times New Roman" w:cs="Times New Roman"/>
          <w:i/>
          <w:sz w:val="20"/>
          <w:szCs w:val="20"/>
          <w:lang w:val="it-IT"/>
        </w:rPr>
      </w:pPr>
      <w:r w:rsidRPr="00E73CCF">
        <w:rPr>
          <w:rFonts w:ascii="Times New Roman" w:hAnsi="Times New Roman" w:cs="Times New Roman"/>
          <w:sz w:val="20"/>
          <w:szCs w:val="20"/>
          <w:lang w:val="it-IT"/>
        </w:rPr>
        <w:t>Il/La sottoscritto/a ______________________________________________________________</w:t>
      </w:r>
      <w:r w:rsidR="000D69BB">
        <w:rPr>
          <w:rFonts w:ascii="Times New Roman" w:hAnsi="Times New Roman" w:cs="Times New Roman"/>
          <w:sz w:val="20"/>
          <w:szCs w:val="20"/>
          <w:lang w:val="it-IT"/>
        </w:rPr>
        <w:t>____________</w:t>
      </w:r>
      <w:r w:rsidRPr="00E73CCF">
        <w:rPr>
          <w:rFonts w:ascii="Times New Roman" w:hAnsi="Times New Roman" w:cs="Times New Roman"/>
          <w:sz w:val="20"/>
          <w:szCs w:val="20"/>
          <w:lang w:val="it-IT"/>
        </w:rPr>
        <w:t>___</w:t>
      </w:r>
      <w:r w:rsidRPr="00E73CCF">
        <w:rPr>
          <w:rFonts w:ascii="Times New Roman" w:hAnsi="Times New Roman" w:cs="Times New Roman"/>
          <w:sz w:val="20"/>
          <w:szCs w:val="20"/>
          <w:lang w:val="it-IT"/>
        </w:rPr>
        <w:br/>
        <w:t>Nato/a a ____________________________________________</w:t>
      </w:r>
      <w:r w:rsidR="000D69BB">
        <w:rPr>
          <w:rFonts w:ascii="Times New Roman" w:hAnsi="Times New Roman" w:cs="Times New Roman"/>
          <w:sz w:val="20"/>
          <w:szCs w:val="20"/>
          <w:lang w:val="it-IT"/>
        </w:rPr>
        <w:t>____________</w:t>
      </w:r>
      <w:r w:rsidRPr="00E73CCF">
        <w:rPr>
          <w:rFonts w:ascii="Times New Roman" w:hAnsi="Times New Roman" w:cs="Times New Roman"/>
          <w:sz w:val="20"/>
          <w:szCs w:val="20"/>
          <w:lang w:val="it-IT"/>
        </w:rPr>
        <w:t>______ il _____/_____/__________</w:t>
      </w:r>
      <w:r w:rsidRPr="00E73CCF">
        <w:rPr>
          <w:rFonts w:ascii="Times New Roman" w:hAnsi="Times New Roman" w:cs="Times New Roman"/>
          <w:sz w:val="20"/>
          <w:szCs w:val="20"/>
          <w:lang w:val="it-IT"/>
        </w:rPr>
        <w:br/>
        <w:t>Codice Fiscale ___________________________________________________</w:t>
      </w:r>
      <w:r w:rsidR="000D69BB">
        <w:rPr>
          <w:rFonts w:ascii="Times New Roman" w:hAnsi="Times New Roman" w:cs="Times New Roman"/>
          <w:sz w:val="20"/>
          <w:szCs w:val="20"/>
          <w:lang w:val="it-IT"/>
        </w:rPr>
        <w:t xml:space="preserve"> Matricola ____</w:t>
      </w:r>
      <w:r w:rsidRPr="00E73CCF">
        <w:rPr>
          <w:rFonts w:ascii="Times New Roman" w:hAnsi="Times New Roman" w:cs="Times New Roman"/>
          <w:sz w:val="20"/>
          <w:szCs w:val="20"/>
          <w:lang w:val="it-IT"/>
        </w:rPr>
        <w:t>_________________</w:t>
      </w:r>
      <w:r w:rsidRPr="00E73CCF">
        <w:rPr>
          <w:rFonts w:ascii="Times New Roman" w:hAnsi="Times New Roman" w:cs="Times New Roman"/>
          <w:sz w:val="20"/>
          <w:szCs w:val="20"/>
          <w:lang w:val="it-IT"/>
        </w:rPr>
        <w:br/>
        <w:t xml:space="preserve">Dirigente   </w:t>
      </w:r>
      <w:r w:rsidR="00F05FBB" w:rsidRPr="00E73CCF">
        <w:rPr>
          <w:rFonts w:ascii="Times New Roman" w:hAnsi="Times New Roman" w:cs="Times New Roman"/>
          <w:sz w:val="20"/>
          <w:szCs w:val="20"/>
          <w:lang w:val="it-IT"/>
        </w:rPr>
        <w:t>in servizio con rapporto di lavoro di tipo subordinato</w:t>
      </w:r>
      <w:r w:rsidRPr="00E73CCF">
        <w:rPr>
          <w:rFonts w:ascii="Times New Roman" w:hAnsi="Times New Roman" w:cs="Times New Roman"/>
          <w:sz w:val="20"/>
          <w:szCs w:val="20"/>
          <w:lang w:val="it-IT"/>
        </w:rPr>
        <w:br/>
        <w:t>Tipologia di rapporto: [   ] Tempo Indeterminato   [   ] Tempo Determinato</w:t>
      </w:r>
      <w:r w:rsidRPr="00E73CCF">
        <w:rPr>
          <w:rFonts w:ascii="Times New Roman" w:hAnsi="Times New Roman" w:cs="Times New Roman"/>
          <w:sz w:val="20"/>
          <w:szCs w:val="20"/>
          <w:lang w:val="it-IT"/>
        </w:rPr>
        <w:br/>
        <w:t>Struttura di appartenenza: ______________________________________________________</w:t>
      </w:r>
    </w:p>
    <w:p w14:paraId="464B7D2E" w14:textId="77777777" w:rsidR="00C513BF" w:rsidRPr="00E73CCF" w:rsidRDefault="00C513BF" w:rsidP="00C513B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it-IT"/>
        </w:rPr>
      </w:pPr>
      <w:r w:rsidRPr="00E73CCF">
        <w:rPr>
          <w:rFonts w:ascii="Times New Roman" w:hAnsi="Times New Roman" w:cs="Times New Roman"/>
          <w:i/>
          <w:sz w:val="20"/>
          <w:szCs w:val="20"/>
          <w:lang w:val="it-IT"/>
        </w:rPr>
        <w:t>consapevole delle sanzioni penali previste dall'art. 76 del D.P.R. 445/2000 per le ipotesi di falsità in atti e dichiarazioni mendaci, sotto la propria personale responsabilità,</w:t>
      </w:r>
    </w:p>
    <w:p w14:paraId="590E1976" w14:textId="77777777" w:rsidR="002A2661" w:rsidRPr="00E73CCF" w:rsidRDefault="002A2661" w:rsidP="00C513B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it-IT"/>
        </w:rPr>
      </w:pPr>
    </w:p>
    <w:p w14:paraId="0CF3B636" w14:textId="0F54D57A" w:rsidR="00D74361" w:rsidRPr="00E73CCF" w:rsidRDefault="002A2661" w:rsidP="00435F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E73CCF">
        <w:rPr>
          <w:rFonts w:ascii="Times New Roman" w:hAnsi="Times New Roman" w:cs="Times New Roman"/>
          <w:sz w:val="20"/>
          <w:szCs w:val="20"/>
          <w:lang w:val="it-IT"/>
        </w:rPr>
        <w:t xml:space="preserve">PRESO ATTO che, ai sensi dell'art. 23-ter del D.L. n. 201/2011 (e </w:t>
      </w:r>
      <w:r w:rsidR="00435F71" w:rsidRPr="00E73CCF">
        <w:rPr>
          <w:rFonts w:ascii="Times New Roman" w:hAnsi="Times New Roman" w:cs="Times New Roman"/>
          <w:sz w:val="20"/>
          <w:szCs w:val="20"/>
          <w:lang w:val="it-IT"/>
        </w:rPr>
        <w:t xml:space="preserve">s.m.i.) e del D.P.C.M. 23 marzo </w:t>
      </w:r>
      <w:r w:rsidRPr="00E73CCF">
        <w:rPr>
          <w:rFonts w:ascii="Times New Roman" w:hAnsi="Times New Roman" w:cs="Times New Roman"/>
          <w:sz w:val="20"/>
          <w:szCs w:val="20"/>
          <w:lang w:val="it-IT"/>
        </w:rPr>
        <w:t>2012</w:t>
      </w:r>
      <w:r w:rsidR="000D69BB">
        <w:rPr>
          <w:rFonts w:ascii="Times New Roman" w:hAnsi="Times New Roman" w:cs="Times New Roman"/>
          <w:sz w:val="20"/>
          <w:szCs w:val="20"/>
          <w:lang w:val="it-IT"/>
        </w:rPr>
        <w:t xml:space="preserve"> nonché della </w:t>
      </w:r>
      <w:r w:rsidR="000D69BB" w:rsidRPr="000D69BB">
        <w:rPr>
          <w:rFonts w:ascii="Times New Roman" w:hAnsi="Times New Roman" w:cs="Times New Roman"/>
          <w:sz w:val="20"/>
          <w:szCs w:val="20"/>
          <w:lang w:val="it-IT"/>
        </w:rPr>
        <w:t>Circolare della Presidenza del Consiglio dei Ministri n. 8 del 03/08/2012</w:t>
      </w:r>
      <w:r w:rsidRPr="00E73CCF">
        <w:rPr>
          <w:rFonts w:ascii="Times New Roman" w:hAnsi="Times New Roman" w:cs="Times New Roman"/>
          <w:sz w:val="20"/>
          <w:szCs w:val="20"/>
          <w:lang w:val="it-IT"/>
        </w:rPr>
        <w:t>:</w:t>
      </w:r>
    </w:p>
    <w:p w14:paraId="7CA1F022" w14:textId="6CD25B72" w:rsidR="002A2661" w:rsidRPr="00E73CCF" w:rsidRDefault="002A2661" w:rsidP="00435F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E73CCF">
        <w:rPr>
          <w:rFonts w:ascii="Times New Roman" w:hAnsi="Times New Roman" w:cs="Times New Roman"/>
          <w:sz w:val="20"/>
          <w:szCs w:val="20"/>
          <w:lang w:val="it-IT"/>
        </w:rPr>
        <w:t xml:space="preserve">1. </w:t>
      </w:r>
      <w:r w:rsidR="00946B45" w:rsidRPr="00E73CCF">
        <w:rPr>
          <w:rFonts w:ascii="Times New Roman" w:hAnsi="Times New Roman" w:cs="Times New Roman"/>
          <w:sz w:val="20"/>
          <w:szCs w:val="20"/>
          <w:lang w:val="it-IT"/>
        </w:rPr>
        <w:t>Il trattamento economico annuo omnicomprensivo a carico della fina</w:t>
      </w:r>
      <w:r w:rsidR="000D69BB">
        <w:rPr>
          <w:rFonts w:ascii="Times New Roman" w:hAnsi="Times New Roman" w:cs="Times New Roman"/>
          <w:sz w:val="20"/>
          <w:szCs w:val="20"/>
          <w:lang w:val="it-IT"/>
        </w:rPr>
        <w:t>n</w:t>
      </w:r>
      <w:r w:rsidR="00946B45" w:rsidRPr="00E73CCF">
        <w:rPr>
          <w:rFonts w:ascii="Times New Roman" w:hAnsi="Times New Roman" w:cs="Times New Roman"/>
          <w:sz w:val="20"/>
          <w:szCs w:val="20"/>
          <w:lang w:val="it-IT"/>
        </w:rPr>
        <w:t xml:space="preserve">za pubblica, per lavoro subordinato o autonomo, non può superare il compenso spettante al Primo Presidente della Corte di Cassazione </w:t>
      </w:r>
      <w:r w:rsidR="00946B45" w:rsidRPr="00E73CCF">
        <w:rPr>
          <w:rFonts w:ascii="Times New Roman" w:hAnsi="Times New Roman" w:cs="Times New Roman"/>
          <w:i/>
          <w:iCs/>
          <w:sz w:val="20"/>
          <w:szCs w:val="20"/>
          <w:lang w:val="it-IT"/>
        </w:rPr>
        <w:t>pro tempore</w:t>
      </w:r>
      <w:r w:rsidR="00946B45" w:rsidRPr="00E73CCF">
        <w:rPr>
          <w:rFonts w:ascii="Times New Roman" w:hAnsi="Times New Roman" w:cs="Times New Roman"/>
          <w:sz w:val="20"/>
          <w:szCs w:val="20"/>
          <w:lang w:val="it-IT"/>
        </w:rPr>
        <w:t xml:space="preserve"> vigente</w:t>
      </w:r>
      <w:r w:rsidRPr="00E73CCF">
        <w:rPr>
          <w:rFonts w:ascii="Times New Roman" w:hAnsi="Times New Roman" w:cs="Times New Roman"/>
          <w:sz w:val="20"/>
          <w:szCs w:val="20"/>
          <w:lang w:val="it-IT"/>
        </w:rPr>
        <w:t>;</w:t>
      </w:r>
    </w:p>
    <w:p w14:paraId="6B86433B" w14:textId="4D4154F9" w:rsidR="002A2661" w:rsidRPr="00E73CCF" w:rsidRDefault="002A2661" w:rsidP="00435F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E73CCF">
        <w:rPr>
          <w:rFonts w:ascii="Times New Roman" w:hAnsi="Times New Roman" w:cs="Times New Roman"/>
          <w:sz w:val="20"/>
          <w:szCs w:val="20"/>
          <w:lang w:val="it-IT"/>
        </w:rPr>
        <w:t xml:space="preserve">2. Ai fini del tetto retributivo </w:t>
      </w:r>
      <w:r w:rsidR="00946B45" w:rsidRPr="00E73CCF">
        <w:rPr>
          <w:rFonts w:ascii="Times New Roman" w:hAnsi="Times New Roman" w:cs="Times New Roman"/>
          <w:sz w:val="20"/>
          <w:szCs w:val="20"/>
          <w:lang w:val="it-IT"/>
        </w:rPr>
        <w:t xml:space="preserve">concorrono tutti gli emolumenti </w:t>
      </w:r>
      <w:r w:rsidR="000D69BB">
        <w:rPr>
          <w:rFonts w:ascii="Times New Roman" w:hAnsi="Times New Roman" w:cs="Times New Roman"/>
          <w:sz w:val="20"/>
          <w:szCs w:val="20"/>
          <w:lang w:val="it-IT"/>
        </w:rPr>
        <w:t xml:space="preserve">spettanti (percepiti o da percepire) </w:t>
      </w:r>
      <w:r w:rsidRPr="00E73CCF">
        <w:rPr>
          <w:rFonts w:ascii="Times New Roman" w:hAnsi="Times New Roman" w:cs="Times New Roman"/>
          <w:sz w:val="20"/>
          <w:szCs w:val="20"/>
          <w:lang w:val="it-IT"/>
        </w:rPr>
        <w:t xml:space="preserve">all'interessato per stipendio fondamentale, indennità </w:t>
      </w:r>
      <w:r w:rsidR="00946B45" w:rsidRPr="00E73CCF">
        <w:rPr>
          <w:rFonts w:ascii="Times New Roman" w:hAnsi="Times New Roman" w:cs="Times New Roman"/>
          <w:sz w:val="20"/>
          <w:szCs w:val="20"/>
          <w:lang w:val="it-IT"/>
        </w:rPr>
        <w:t>e</w:t>
      </w:r>
      <w:r w:rsidRPr="00E73CCF">
        <w:rPr>
          <w:rFonts w:ascii="Times New Roman" w:hAnsi="Times New Roman" w:cs="Times New Roman"/>
          <w:sz w:val="20"/>
          <w:szCs w:val="20"/>
          <w:lang w:val="it-IT"/>
        </w:rPr>
        <w:t xml:space="preserve"> compensi per incarichi </w:t>
      </w:r>
      <w:r w:rsidR="00946B45" w:rsidRPr="00E73CCF">
        <w:rPr>
          <w:rFonts w:ascii="Times New Roman" w:hAnsi="Times New Roman" w:cs="Times New Roman"/>
          <w:sz w:val="20"/>
          <w:szCs w:val="20"/>
          <w:lang w:val="it-IT"/>
        </w:rPr>
        <w:t xml:space="preserve">esterni/interni presso altre PA, Enti pubblici o Società partecipate (come da </w:t>
      </w:r>
      <w:r w:rsidR="00946B45" w:rsidRPr="00E73CCF">
        <w:rPr>
          <w:rFonts w:ascii="Times New Roman" w:hAnsi="Times New Roman" w:cs="Times New Roman"/>
          <w:b/>
          <w:sz w:val="20"/>
          <w:szCs w:val="20"/>
          <w:lang w:val="it-IT"/>
        </w:rPr>
        <w:t>Paragrafo B</w:t>
      </w:r>
      <w:r w:rsidR="007E632B" w:rsidRPr="00E73CCF">
        <w:rPr>
          <w:rFonts w:ascii="Times New Roman" w:hAnsi="Times New Roman" w:cs="Times New Roman"/>
          <w:b/>
          <w:sz w:val="20"/>
          <w:szCs w:val="20"/>
          <w:lang w:val="it-IT"/>
        </w:rPr>
        <w:t xml:space="preserve"> e C </w:t>
      </w:r>
      <w:r w:rsidR="00946B45" w:rsidRPr="00E73CCF">
        <w:rPr>
          <w:rFonts w:ascii="Times New Roman" w:hAnsi="Times New Roman" w:cs="Times New Roman"/>
          <w:b/>
          <w:sz w:val="20"/>
          <w:szCs w:val="20"/>
          <w:lang w:val="it-IT"/>
        </w:rPr>
        <w:t>- Allegato 1</w:t>
      </w:r>
      <w:r w:rsidR="00946B45" w:rsidRPr="00E73CCF">
        <w:rPr>
          <w:rFonts w:ascii="Times New Roman" w:hAnsi="Times New Roman" w:cs="Times New Roman"/>
          <w:sz w:val="20"/>
          <w:szCs w:val="20"/>
          <w:lang w:val="it-IT"/>
        </w:rPr>
        <w:t>)</w:t>
      </w:r>
      <w:r w:rsidR="000D69BB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D74361" w:rsidRPr="00E73CCF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</w:p>
    <w:p w14:paraId="18CE2A71" w14:textId="080932E1" w:rsidR="00C71C90" w:rsidRPr="00E73CCF" w:rsidRDefault="002A2661" w:rsidP="00435F7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E73CCF">
        <w:rPr>
          <w:rFonts w:ascii="Times New Roman" w:hAnsi="Times New Roman" w:cs="Times New Roman"/>
          <w:sz w:val="20"/>
          <w:szCs w:val="20"/>
          <w:lang w:val="it-IT"/>
        </w:rPr>
        <w:t>3. In caso di superamento, la retribuzione complessiva a carico della finanza pubblica si riduce al predetto limite massimo mediante conguagli e trattenute disposti dall'Azienda</w:t>
      </w:r>
      <w:r w:rsidR="00203AC8">
        <w:rPr>
          <w:rFonts w:ascii="Times New Roman" w:hAnsi="Times New Roman" w:cs="Times New Roman"/>
          <w:sz w:val="20"/>
          <w:szCs w:val="20"/>
          <w:lang w:val="it-IT"/>
        </w:rPr>
        <w:t xml:space="preserve"> nel rispetto della vigente normativa</w:t>
      </w:r>
      <w:r w:rsidRPr="00E73CCF">
        <w:rPr>
          <w:rFonts w:ascii="Times New Roman" w:hAnsi="Times New Roman" w:cs="Times New Roman"/>
          <w:sz w:val="20"/>
          <w:szCs w:val="20"/>
          <w:lang w:val="it-IT"/>
        </w:rPr>
        <w:t>;</w:t>
      </w:r>
    </w:p>
    <w:p w14:paraId="383EFC34" w14:textId="77777777" w:rsidR="00C71C90" w:rsidRPr="000D69BB" w:rsidRDefault="00C71C90" w:rsidP="00C71C90">
      <w:pPr>
        <w:spacing w:after="0" w:line="240" w:lineRule="auto"/>
        <w:ind w:left="156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635E37D9" w14:textId="77777777" w:rsidR="00854C9E" w:rsidRPr="00E73CCF" w:rsidRDefault="00854C9E" w:rsidP="00854C9E">
      <w:pPr>
        <w:spacing w:before="100" w:after="10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73CCF">
        <w:rPr>
          <w:rFonts w:ascii="Times New Roman" w:hAnsi="Times New Roman" w:cs="Times New Roman"/>
          <w:b/>
          <w:sz w:val="20"/>
          <w:szCs w:val="20"/>
        </w:rPr>
        <w:t>DICHIARA</w:t>
      </w:r>
    </w:p>
    <w:p w14:paraId="30915B52" w14:textId="77777777" w:rsidR="00854C9E" w:rsidRPr="00E73CCF" w:rsidRDefault="00854C9E" w:rsidP="00854C9E">
      <w:pPr>
        <w:pStyle w:val="NormaleWeb"/>
        <w:spacing w:before="0" w:beforeAutospacing="0" w:after="40" w:afterAutospacing="0" w:line="360" w:lineRule="auto"/>
        <w:rPr>
          <w:sz w:val="20"/>
          <w:szCs w:val="20"/>
        </w:rPr>
      </w:pPr>
      <w:r w:rsidRPr="00E73CCF">
        <w:rPr>
          <w:i/>
          <w:iCs/>
          <w:sz w:val="20"/>
          <w:szCs w:val="20"/>
        </w:rPr>
        <w:t>(Selezionare una sola delle seguenti opzioni: A, B oppure C)</w:t>
      </w:r>
    </w:p>
    <w:p w14:paraId="53692A4F" w14:textId="77777777" w:rsidR="00854C9E" w:rsidRPr="00E73CCF" w:rsidRDefault="00854C9E" w:rsidP="00854C9E">
      <w:pPr>
        <w:pStyle w:val="NormaleWeb"/>
        <w:spacing w:before="0" w:beforeAutospacing="0" w:after="0" w:afterAutospacing="0"/>
        <w:jc w:val="both"/>
        <w:rPr>
          <w:b/>
          <w:sz w:val="20"/>
          <w:szCs w:val="20"/>
        </w:rPr>
      </w:pPr>
      <w:r w:rsidRPr="00E73CCF">
        <w:rPr>
          <w:b/>
          <w:sz w:val="20"/>
          <w:szCs w:val="20"/>
        </w:rPr>
        <w:t xml:space="preserve">[    ] </w:t>
      </w:r>
      <w:r w:rsidR="00827F23" w:rsidRPr="00E73CCF">
        <w:rPr>
          <w:b/>
          <w:sz w:val="20"/>
          <w:szCs w:val="20"/>
        </w:rPr>
        <w:t>OPZIONE A – RISPETTO DEL LIMITE MASSIMO</w:t>
      </w:r>
      <w:r w:rsidRPr="00E73CCF">
        <w:rPr>
          <w:b/>
          <w:sz w:val="20"/>
          <w:szCs w:val="20"/>
        </w:rPr>
        <w:t xml:space="preserve"> </w:t>
      </w:r>
    </w:p>
    <w:p w14:paraId="04890A85" w14:textId="610F0B5E" w:rsidR="00827F23" w:rsidRPr="00E73CCF" w:rsidRDefault="00827F23" w:rsidP="00854C9E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E73CCF">
        <w:rPr>
          <w:sz w:val="20"/>
          <w:szCs w:val="20"/>
        </w:rPr>
        <w:t xml:space="preserve">di NON superare, </w:t>
      </w:r>
      <w:r w:rsidR="00E73CCF" w:rsidRPr="00E73CCF">
        <w:rPr>
          <w:sz w:val="20"/>
          <w:szCs w:val="20"/>
          <w:lang w:val="en-US"/>
        </w:rPr>
        <w:t xml:space="preserve">per ciascuno degli anni del quadriennio </w:t>
      </w:r>
      <w:r w:rsidR="00E73CCF" w:rsidRPr="00E73CCF">
        <w:rPr>
          <w:b/>
          <w:bCs/>
          <w:sz w:val="20"/>
          <w:szCs w:val="20"/>
          <w:lang w:val="en-US"/>
        </w:rPr>
        <w:t>2023, 2024, 2025 e per l'anno in corso 2026</w:t>
      </w:r>
      <w:r w:rsidRPr="00E73CCF">
        <w:rPr>
          <w:sz w:val="20"/>
          <w:szCs w:val="20"/>
        </w:rPr>
        <w:t>, il limite massimo retributivo pro tempore vigente, tenuto conto della somma complessiva</w:t>
      </w:r>
      <w:r w:rsidR="00854C9E" w:rsidRPr="00E73CCF">
        <w:rPr>
          <w:sz w:val="20"/>
          <w:szCs w:val="20"/>
        </w:rPr>
        <w:t>mente percepita o da percepire a carico della finanza pubblica;</w:t>
      </w:r>
    </w:p>
    <w:p w14:paraId="1865406C" w14:textId="77777777" w:rsidR="00854C9E" w:rsidRPr="000D69BB" w:rsidRDefault="00854C9E" w:rsidP="00854C9E">
      <w:pPr>
        <w:pStyle w:val="NormaleWeb"/>
        <w:spacing w:before="0" w:beforeAutospacing="0" w:after="0" w:afterAutospacing="0"/>
        <w:jc w:val="both"/>
        <w:rPr>
          <w:b/>
          <w:sz w:val="10"/>
          <w:szCs w:val="10"/>
        </w:rPr>
      </w:pPr>
    </w:p>
    <w:p w14:paraId="7F653A3C" w14:textId="77777777" w:rsidR="00827F23" w:rsidRPr="00E73CCF" w:rsidRDefault="00854C9E" w:rsidP="00854C9E">
      <w:pPr>
        <w:pStyle w:val="NormaleWeb"/>
        <w:spacing w:before="0" w:beforeAutospacing="0" w:after="0" w:afterAutospacing="0"/>
        <w:jc w:val="both"/>
        <w:rPr>
          <w:b/>
          <w:sz w:val="20"/>
          <w:szCs w:val="20"/>
        </w:rPr>
      </w:pPr>
      <w:r w:rsidRPr="00E73CCF">
        <w:rPr>
          <w:b/>
          <w:sz w:val="20"/>
          <w:szCs w:val="20"/>
        </w:rPr>
        <w:t xml:space="preserve">[    </w:t>
      </w:r>
      <w:r w:rsidR="00827F23" w:rsidRPr="00E73CCF">
        <w:rPr>
          <w:b/>
          <w:sz w:val="20"/>
          <w:szCs w:val="20"/>
        </w:rPr>
        <w:t>] OPZIONE B – SUPERAMENTO DEL LIMITE MASSIMO (Eccedenza)</w:t>
      </w:r>
    </w:p>
    <w:p w14:paraId="063BB26C" w14:textId="77777777" w:rsidR="00E73CCF" w:rsidRPr="00E73CCF" w:rsidRDefault="00827F23" w:rsidP="00E73CCF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E73CCF">
        <w:rPr>
          <w:sz w:val="20"/>
          <w:szCs w:val="20"/>
        </w:rPr>
        <w:t xml:space="preserve">di superare, </w:t>
      </w:r>
      <w:r w:rsidR="00E73CCF" w:rsidRPr="00E73CCF">
        <w:rPr>
          <w:sz w:val="20"/>
          <w:szCs w:val="20"/>
        </w:rPr>
        <w:t>per la/le seguente/i annualità del quadriennio 2023-2026, per gli importi stimati di presunta eccedenza di seguito indicati:</w:t>
      </w:r>
    </w:p>
    <w:p w14:paraId="3B3880B9" w14:textId="31316C60" w:rsidR="00E73CCF" w:rsidRPr="00E73CCF" w:rsidRDefault="00E73CCF" w:rsidP="00E73CCF">
      <w:pPr>
        <w:pStyle w:val="Normale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E73CCF">
        <w:rPr>
          <w:sz w:val="20"/>
          <w:szCs w:val="20"/>
        </w:rPr>
        <w:t>Anno 2023: € ________________________</w:t>
      </w:r>
      <w:r w:rsidR="00C36F78">
        <w:rPr>
          <w:sz w:val="20"/>
          <w:szCs w:val="20"/>
        </w:rPr>
        <w:t xml:space="preserve"> (limite retributivo pari a € 240.000)</w:t>
      </w:r>
    </w:p>
    <w:p w14:paraId="01AF087C" w14:textId="16570EFB" w:rsidR="00E73CCF" w:rsidRPr="00E73CCF" w:rsidRDefault="00E73CCF" w:rsidP="00E73CCF">
      <w:pPr>
        <w:pStyle w:val="Normale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E73CCF">
        <w:rPr>
          <w:sz w:val="20"/>
          <w:szCs w:val="20"/>
        </w:rPr>
        <w:t>Anno 2024: € ________________________</w:t>
      </w:r>
      <w:r w:rsidR="00C36F78">
        <w:rPr>
          <w:sz w:val="20"/>
          <w:szCs w:val="20"/>
        </w:rPr>
        <w:t xml:space="preserve"> </w:t>
      </w:r>
      <w:r w:rsidR="00C36F78">
        <w:rPr>
          <w:sz w:val="20"/>
          <w:szCs w:val="20"/>
        </w:rPr>
        <w:t>(limite retributivo pari a € 240.000)</w:t>
      </w:r>
    </w:p>
    <w:p w14:paraId="32E53744" w14:textId="0A57799D" w:rsidR="00E73CCF" w:rsidRPr="00E73CCF" w:rsidRDefault="00E73CCF" w:rsidP="00E73CCF">
      <w:pPr>
        <w:pStyle w:val="Normale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E73CCF">
        <w:rPr>
          <w:sz w:val="20"/>
          <w:szCs w:val="20"/>
        </w:rPr>
        <w:t>Anno 2025: € ________________________</w:t>
      </w:r>
      <w:r w:rsidR="00C36F78">
        <w:rPr>
          <w:sz w:val="20"/>
          <w:szCs w:val="20"/>
        </w:rPr>
        <w:t xml:space="preserve"> </w:t>
      </w:r>
      <w:r w:rsidR="00C36F78">
        <w:rPr>
          <w:sz w:val="20"/>
          <w:szCs w:val="20"/>
        </w:rPr>
        <w:t>(limite retributivo pari a</w:t>
      </w:r>
      <w:r w:rsidR="00C36F78">
        <w:rPr>
          <w:sz w:val="20"/>
          <w:szCs w:val="20"/>
        </w:rPr>
        <w:t>lla media ponderata</w:t>
      </w:r>
      <w:r w:rsidR="00C36F78">
        <w:rPr>
          <w:sz w:val="20"/>
          <w:szCs w:val="20"/>
        </w:rPr>
        <w:t xml:space="preserve"> € 2</w:t>
      </w:r>
      <w:r w:rsidR="00C36F78">
        <w:rPr>
          <w:sz w:val="20"/>
          <w:szCs w:val="20"/>
        </w:rPr>
        <w:t>70</w:t>
      </w:r>
      <w:r w:rsidR="00C36F78">
        <w:rPr>
          <w:sz w:val="20"/>
          <w:szCs w:val="20"/>
        </w:rPr>
        <w:t>.</w:t>
      </w:r>
      <w:r w:rsidR="00C36F78">
        <w:rPr>
          <w:sz w:val="20"/>
          <w:szCs w:val="20"/>
        </w:rPr>
        <w:t>234</w:t>
      </w:r>
      <w:r w:rsidR="00C36F78">
        <w:rPr>
          <w:sz w:val="20"/>
          <w:szCs w:val="20"/>
        </w:rPr>
        <w:t>)</w:t>
      </w:r>
    </w:p>
    <w:p w14:paraId="1E860AB8" w14:textId="6DD55C72" w:rsidR="00E73CCF" w:rsidRPr="00E73CCF" w:rsidRDefault="00E73CCF" w:rsidP="00E73CCF">
      <w:pPr>
        <w:pStyle w:val="Normale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E73CCF">
        <w:rPr>
          <w:sz w:val="20"/>
          <w:szCs w:val="20"/>
        </w:rPr>
        <w:t>Anno 2026: € ________________________</w:t>
      </w:r>
      <w:r w:rsidR="00C36F78">
        <w:rPr>
          <w:sz w:val="20"/>
          <w:szCs w:val="20"/>
        </w:rPr>
        <w:t xml:space="preserve"> </w:t>
      </w:r>
      <w:r w:rsidR="00C36F78">
        <w:rPr>
          <w:sz w:val="20"/>
          <w:szCs w:val="20"/>
        </w:rPr>
        <w:t xml:space="preserve">(limite retributivo pari a </w:t>
      </w:r>
      <w:r w:rsidR="00C36F78" w:rsidRPr="00C36F78">
        <w:rPr>
          <w:sz w:val="20"/>
          <w:szCs w:val="20"/>
          <w:lang w:val="en-US"/>
        </w:rPr>
        <w:t>€ 311.658,53</w:t>
      </w:r>
      <w:r w:rsidR="00C36F78">
        <w:rPr>
          <w:sz w:val="20"/>
          <w:szCs w:val="20"/>
        </w:rPr>
        <w:t>)</w:t>
      </w:r>
    </w:p>
    <w:p w14:paraId="1755E540" w14:textId="77777777" w:rsidR="00E73CCF" w:rsidRPr="00E73CCF" w:rsidRDefault="00E73CCF" w:rsidP="00E73CCF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E73CCF">
        <w:rPr>
          <w:i/>
          <w:iCs/>
          <w:sz w:val="20"/>
          <w:szCs w:val="20"/>
        </w:rPr>
        <w:t>(Consapevole che l'Azienda, in tale ipotesi, attiverà le conseguenti trattenute/conguagli sullo stipendio nei termini e con le modalità di legge)</w:t>
      </w:r>
      <w:r w:rsidRPr="00E73CCF">
        <w:rPr>
          <w:sz w:val="20"/>
          <w:szCs w:val="20"/>
        </w:rPr>
        <w:t>.</w:t>
      </w:r>
    </w:p>
    <w:p w14:paraId="05E178D4" w14:textId="77777777" w:rsidR="00854C9E" w:rsidRPr="000D69BB" w:rsidRDefault="00854C9E" w:rsidP="00854C9E">
      <w:pPr>
        <w:pStyle w:val="NormaleWeb"/>
        <w:spacing w:before="0" w:beforeAutospacing="0" w:after="0" w:afterAutospacing="0"/>
        <w:jc w:val="both"/>
        <w:rPr>
          <w:sz w:val="10"/>
          <w:szCs w:val="10"/>
        </w:rPr>
      </w:pPr>
    </w:p>
    <w:p w14:paraId="35E50926" w14:textId="77777777" w:rsidR="00827F23" w:rsidRPr="00E73CCF" w:rsidRDefault="00854C9E" w:rsidP="00435F71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E73CCF">
        <w:rPr>
          <w:b/>
          <w:sz w:val="20"/>
          <w:szCs w:val="20"/>
        </w:rPr>
        <w:t xml:space="preserve">[    </w:t>
      </w:r>
      <w:r w:rsidR="00827F23" w:rsidRPr="00E73CCF">
        <w:rPr>
          <w:b/>
          <w:sz w:val="20"/>
          <w:szCs w:val="20"/>
        </w:rPr>
        <w:t>] OPZIONE C – PRESENZA DI DEROGHE O ESCLUSIONI DI LEGGE</w:t>
      </w:r>
      <w:r w:rsidR="00435F71" w:rsidRPr="00E73CCF">
        <w:rPr>
          <w:b/>
          <w:sz w:val="20"/>
          <w:szCs w:val="20"/>
        </w:rPr>
        <w:t xml:space="preserve"> (indicare la normativa vigente) _____________________________________</w:t>
      </w:r>
      <w:r w:rsidR="00827F23" w:rsidRPr="00E73CCF">
        <w:rPr>
          <w:sz w:val="20"/>
          <w:szCs w:val="20"/>
        </w:rPr>
        <w:t>_______________________________________</w:t>
      </w:r>
      <w:r w:rsidR="00435F71" w:rsidRPr="00E73CCF">
        <w:rPr>
          <w:sz w:val="20"/>
          <w:szCs w:val="20"/>
        </w:rPr>
        <w:t>____________</w:t>
      </w:r>
      <w:r w:rsidR="00827F23" w:rsidRPr="00E73CCF">
        <w:rPr>
          <w:sz w:val="20"/>
          <w:szCs w:val="20"/>
        </w:rPr>
        <w:t>__</w:t>
      </w:r>
      <w:r w:rsidR="00946B45" w:rsidRPr="00E73CCF">
        <w:rPr>
          <w:sz w:val="20"/>
          <w:szCs w:val="20"/>
        </w:rPr>
        <w:t>.</w:t>
      </w:r>
    </w:p>
    <w:p w14:paraId="2E9CD01F" w14:textId="77777777" w:rsidR="00946B45" w:rsidRPr="00E73CCF" w:rsidRDefault="00946B45" w:rsidP="00946B45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50E8FC85" w14:textId="7698384E" w:rsidR="00C513BF" w:rsidRPr="00E73CCF" w:rsidRDefault="00946B45" w:rsidP="00435F71">
      <w:pPr>
        <w:pStyle w:val="NormaleWeb"/>
        <w:spacing w:beforeAutospacing="0" w:after="0" w:afterAutospacing="0"/>
        <w:jc w:val="both"/>
        <w:rPr>
          <w:sz w:val="20"/>
          <w:szCs w:val="20"/>
        </w:rPr>
      </w:pPr>
      <w:r w:rsidRPr="00E73CCF">
        <w:rPr>
          <w:sz w:val="20"/>
          <w:szCs w:val="20"/>
        </w:rPr>
        <w:t>D</w:t>
      </w:r>
      <w:r w:rsidR="00854C9E" w:rsidRPr="00E73CCF">
        <w:rPr>
          <w:sz w:val="20"/>
          <w:szCs w:val="20"/>
        </w:rPr>
        <w:t>ichiara, altresì, d</w:t>
      </w:r>
      <w:r w:rsidR="00C513BF" w:rsidRPr="00E73CCF">
        <w:rPr>
          <w:sz w:val="20"/>
          <w:szCs w:val="20"/>
        </w:rPr>
        <w:t>i impegnarsi a comunicare tempestivamente alla U.O.</w:t>
      </w:r>
      <w:r w:rsidR="00E73CCF" w:rsidRPr="00E73CCF">
        <w:rPr>
          <w:sz w:val="20"/>
          <w:szCs w:val="20"/>
        </w:rPr>
        <w:t>C. Risorse Umane – U.O.S.</w:t>
      </w:r>
      <w:r w:rsidR="00C513BF" w:rsidRPr="00E73CCF">
        <w:rPr>
          <w:sz w:val="20"/>
          <w:szCs w:val="20"/>
        </w:rPr>
        <w:t xml:space="preserve"> Trattamento Economico qualsiasi variazione che dovesse intervenire nel corso dell'anno 2026 e che determini un mutamento della presente dichiarazione.</w:t>
      </w:r>
    </w:p>
    <w:p w14:paraId="152C4A31" w14:textId="77777777" w:rsidR="00C513BF" w:rsidRPr="00E73CCF" w:rsidRDefault="00C513BF" w:rsidP="00435F71">
      <w:pPr>
        <w:pStyle w:val="NormaleWeb"/>
        <w:jc w:val="both"/>
        <w:rPr>
          <w:sz w:val="20"/>
          <w:szCs w:val="20"/>
        </w:rPr>
      </w:pPr>
      <w:r w:rsidRPr="00E73CCF">
        <w:rPr>
          <w:sz w:val="20"/>
          <w:szCs w:val="20"/>
        </w:rPr>
        <w:t>Il/La sottoscritto/a autorizza il trattamento dei propri dati personali ai sensi del Regolamento UE 2016/679 e del D.Lgs. 196/2003 e s.m.i. per le sole finalità istituzionali legate alla verifica dei limiti retributivi.</w:t>
      </w:r>
    </w:p>
    <w:p w14:paraId="5F270567" w14:textId="039AFAF1" w:rsidR="00435F71" w:rsidRPr="00E73CCF" w:rsidRDefault="00435F71" w:rsidP="00435F71">
      <w:pPr>
        <w:tabs>
          <w:tab w:val="center" w:pos="7088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3CCF">
        <w:rPr>
          <w:rFonts w:ascii="Times New Roman" w:hAnsi="Times New Roman" w:cs="Times New Roman"/>
          <w:sz w:val="20"/>
          <w:szCs w:val="20"/>
        </w:rPr>
        <w:t>Luogo e Data: ___________________________</w:t>
      </w:r>
      <w:r w:rsidRPr="00E73CCF">
        <w:rPr>
          <w:rFonts w:ascii="Times New Roman" w:hAnsi="Times New Roman" w:cs="Times New Roman"/>
          <w:sz w:val="20"/>
          <w:szCs w:val="20"/>
        </w:rPr>
        <w:tab/>
      </w:r>
      <w:r w:rsidR="00461F53" w:rsidRPr="00E73CCF">
        <w:rPr>
          <w:rFonts w:ascii="Times New Roman" w:hAnsi="Times New Roman" w:cs="Times New Roman"/>
          <w:sz w:val="20"/>
          <w:szCs w:val="20"/>
        </w:rPr>
        <w:t>Il/La Dichiarante</w:t>
      </w:r>
    </w:p>
    <w:p w14:paraId="681C7569" w14:textId="1F69F3BF" w:rsidR="00C513BF" w:rsidRPr="00E73CCF" w:rsidRDefault="00435F71" w:rsidP="00461F53">
      <w:pPr>
        <w:tabs>
          <w:tab w:val="center" w:pos="7088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1F53">
        <w:rPr>
          <w:rFonts w:ascii="Times New Roman" w:hAnsi="Times New Roman" w:cs="Times New Roman"/>
          <w:sz w:val="28"/>
          <w:szCs w:val="28"/>
        </w:rPr>
        <w:tab/>
      </w:r>
      <w:r w:rsidR="00461F53" w:rsidRPr="00461F53"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E73CCF">
        <w:rPr>
          <w:rFonts w:ascii="Times New Roman" w:hAnsi="Times New Roman" w:cs="Times New Roman"/>
          <w:sz w:val="20"/>
          <w:szCs w:val="20"/>
        </w:rPr>
        <w:tab/>
      </w:r>
    </w:p>
    <w:sectPr w:rsidR="00C513BF" w:rsidRPr="00E73CCF" w:rsidSect="00435F71">
      <w:headerReference w:type="default" r:id="rId8"/>
      <w:pgSz w:w="11906" w:h="16838" w:code="9"/>
      <w:pgMar w:top="1194" w:right="1133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C5A436" w14:textId="77777777" w:rsidR="00006894" w:rsidRDefault="00006894" w:rsidP="00247CDB">
      <w:pPr>
        <w:spacing w:after="0" w:line="240" w:lineRule="auto"/>
      </w:pPr>
      <w:r>
        <w:separator/>
      </w:r>
    </w:p>
  </w:endnote>
  <w:endnote w:type="continuationSeparator" w:id="0">
    <w:p w14:paraId="085CB8B0" w14:textId="77777777" w:rsidR="00006894" w:rsidRDefault="00006894" w:rsidP="00247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EEF116" w14:textId="77777777" w:rsidR="00006894" w:rsidRDefault="00006894" w:rsidP="00247CDB">
      <w:pPr>
        <w:spacing w:after="0" w:line="240" w:lineRule="auto"/>
      </w:pPr>
      <w:r>
        <w:separator/>
      </w:r>
    </w:p>
  </w:footnote>
  <w:footnote w:type="continuationSeparator" w:id="0">
    <w:p w14:paraId="4215FB48" w14:textId="77777777" w:rsidR="00006894" w:rsidRDefault="00006894" w:rsidP="00247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993B1A" w14:textId="77777777" w:rsidR="00247CDB" w:rsidRPr="009D77F9" w:rsidRDefault="00247CDB">
    <w:pPr>
      <w:pStyle w:val="Intestazione"/>
      <w:rPr>
        <w:rFonts w:ascii="Times New Roman" w:hAnsi="Times New Roman" w:cs="Times New Roman"/>
        <w:b/>
        <w:sz w:val="28"/>
        <w:szCs w:val="28"/>
      </w:rPr>
    </w:pPr>
    <w:r w:rsidRPr="009D77F9">
      <w:rPr>
        <w:rFonts w:ascii="Times New Roman" w:hAnsi="Times New Roman" w:cs="Times New Roman"/>
        <w:b/>
        <w:sz w:val="28"/>
        <w:szCs w:val="28"/>
      </w:rPr>
      <w:t xml:space="preserve">ALLEGATO </w:t>
    </w:r>
    <w:r w:rsidR="00946B45">
      <w:rPr>
        <w:rFonts w:ascii="Times New Roman" w:hAnsi="Times New Roman" w:cs="Times New Roman"/>
        <w:b/>
        <w:sz w:val="28"/>
        <w:szCs w:val="28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8F5E40"/>
    <w:multiLevelType w:val="multilevel"/>
    <w:tmpl w:val="15DAC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981F04"/>
    <w:multiLevelType w:val="multilevel"/>
    <w:tmpl w:val="11DA1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036DA4"/>
    <w:multiLevelType w:val="multilevel"/>
    <w:tmpl w:val="F56C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147BAE"/>
    <w:multiLevelType w:val="multilevel"/>
    <w:tmpl w:val="4CBEA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A92E1C"/>
    <w:multiLevelType w:val="multilevel"/>
    <w:tmpl w:val="673E2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4735620">
    <w:abstractNumId w:val="8"/>
  </w:num>
  <w:num w:numId="2" w16cid:durableId="1211502018">
    <w:abstractNumId w:val="6"/>
  </w:num>
  <w:num w:numId="3" w16cid:durableId="1290159922">
    <w:abstractNumId w:val="5"/>
  </w:num>
  <w:num w:numId="4" w16cid:durableId="712190699">
    <w:abstractNumId w:val="4"/>
  </w:num>
  <w:num w:numId="5" w16cid:durableId="1686132753">
    <w:abstractNumId w:val="7"/>
  </w:num>
  <w:num w:numId="6" w16cid:durableId="2137988679">
    <w:abstractNumId w:val="3"/>
  </w:num>
  <w:num w:numId="7" w16cid:durableId="1361782939">
    <w:abstractNumId w:val="2"/>
  </w:num>
  <w:num w:numId="8" w16cid:durableId="93061789">
    <w:abstractNumId w:val="1"/>
  </w:num>
  <w:num w:numId="9" w16cid:durableId="441455455">
    <w:abstractNumId w:val="0"/>
  </w:num>
  <w:num w:numId="10" w16cid:durableId="1671982651">
    <w:abstractNumId w:val="13"/>
  </w:num>
  <w:num w:numId="11" w16cid:durableId="26151573">
    <w:abstractNumId w:val="11"/>
  </w:num>
  <w:num w:numId="12" w16cid:durableId="1267234646">
    <w:abstractNumId w:val="9"/>
  </w:num>
  <w:num w:numId="13" w16cid:durableId="410667257">
    <w:abstractNumId w:val="12"/>
  </w:num>
  <w:num w:numId="14" w16cid:durableId="3544994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894"/>
    <w:rsid w:val="00034616"/>
    <w:rsid w:val="0006063C"/>
    <w:rsid w:val="00067EB0"/>
    <w:rsid w:val="000A3D22"/>
    <w:rsid w:val="000C3E49"/>
    <w:rsid w:val="000D69BB"/>
    <w:rsid w:val="00126E59"/>
    <w:rsid w:val="001370FC"/>
    <w:rsid w:val="0015074B"/>
    <w:rsid w:val="00160F86"/>
    <w:rsid w:val="00203AC8"/>
    <w:rsid w:val="002375F9"/>
    <w:rsid w:val="002408E7"/>
    <w:rsid w:val="00247CDB"/>
    <w:rsid w:val="0029639D"/>
    <w:rsid w:val="002A2661"/>
    <w:rsid w:val="002B6ED1"/>
    <w:rsid w:val="002F1157"/>
    <w:rsid w:val="002F2686"/>
    <w:rsid w:val="00326F90"/>
    <w:rsid w:val="0037573F"/>
    <w:rsid w:val="00423F98"/>
    <w:rsid w:val="004324A1"/>
    <w:rsid w:val="00435F71"/>
    <w:rsid w:val="00455FC2"/>
    <w:rsid w:val="00461F53"/>
    <w:rsid w:val="005145F7"/>
    <w:rsid w:val="005E27D0"/>
    <w:rsid w:val="0060134B"/>
    <w:rsid w:val="00640D3D"/>
    <w:rsid w:val="006D3DA4"/>
    <w:rsid w:val="007573B7"/>
    <w:rsid w:val="007E632B"/>
    <w:rsid w:val="008107A7"/>
    <w:rsid w:val="00815925"/>
    <w:rsid w:val="00827F23"/>
    <w:rsid w:val="00854C9E"/>
    <w:rsid w:val="00895154"/>
    <w:rsid w:val="00946B45"/>
    <w:rsid w:val="00964CF7"/>
    <w:rsid w:val="009915AF"/>
    <w:rsid w:val="009C5C0A"/>
    <w:rsid w:val="009D3D2A"/>
    <w:rsid w:val="009D77F9"/>
    <w:rsid w:val="00A21BAB"/>
    <w:rsid w:val="00A4343D"/>
    <w:rsid w:val="00AA1B8F"/>
    <w:rsid w:val="00AA1D8D"/>
    <w:rsid w:val="00B47730"/>
    <w:rsid w:val="00C05EEC"/>
    <w:rsid w:val="00C36F78"/>
    <w:rsid w:val="00C513BF"/>
    <w:rsid w:val="00C71C90"/>
    <w:rsid w:val="00CB0664"/>
    <w:rsid w:val="00CE7923"/>
    <w:rsid w:val="00D01FDA"/>
    <w:rsid w:val="00D323ED"/>
    <w:rsid w:val="00D44FE8"/>
    <w:rsid w:val="00D73981"/>
    <w:rsid w:val="00D74361"/>
    <w:rsid w:val="00DC4085"/>
    <w:rsid w:val="00E66B18"/>
    <w:rsid w:val="00E73CCF"/>
    <w:rsid w:val="00F05FBB"/>
    <w:rsid w:val="00F37C9E"/>
    <w:rsid w:val="00FC693F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8AA143"/>
  <w15:docId w15:val="{8FD82782-2521-4EFA-972B-5C3CCF2B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Elencochiaro1">
    <w:name w:val="Elenco chiaro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Elencochiaro-Colore11">
    <w:name w:val="Elenco chiaro - Colore 1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Grigliachiara1">
    <w:name w:val="Griglia chiara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Grigliachiara-Colore11">
    <w:name w:val="Griglia chiara - Colore 1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Sfondomedio11">
    <w:name w:val="Sfondo medio 1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fondomedio1-Colore11">
    <w:name w:val="Sfondo medio 1 - Colore 1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fondomedio21">
    <w:name w:val="Sfondo medio 2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fondomedio2-Colore11">
    <w:name w:val="Sfondo medio 2 - Colore 1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lencomedio11">
    <w:name w:val="Elenco medio 1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Elencomedio1-Colore11">
    <w:name w:val="Elenco medio 1 - Colore 1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Elencomedio21">
    <w:name w:val="Elenco medio 2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rigliamedia11">
    <w:name w:val="Griglia media 1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Grigliamedia21">
    <w:name w:val="Griglia media 2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Grigliamedia31">
    <w:name w:val="Griglia media 3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Elencoscuro1">
    <w:name w:val="Elenco scuro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Sfondoacolori1">
    <w:name w:val="Sfondo a colori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Elencoacolori1">
    <w:name w:val="Elenco a colori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gliaacolori1">
    <w:name w:val="Griglia a colori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unhideWhenUsed/>
    <w:rsid w:val="00F37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9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538752-9651-4180-9F83-2E3D30A0E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MARIA GRAZIA PETRELLI</cp:lastModifiedBy>
  <cp:revision>5</cp:revision>
  <cp:lastPrinted>2026-11-02T16:06:00Z</cp:lastPrinted>
  <dcterms:created xsi:type="dcterms:W3CDTF">2026-11-03T16:32:00Z</dcterms:created>
  <dcterms:modified xsi:type="dcterms:W3CDTF">2026-11-04T09:44:00Z</dcterms:modified>
</cp:coreProperties>
</file>